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627BDF3" w14:textId="77777777" w:rsidR="007E1584" w:rsidRPr="00E3542B" w:rsidRDefault="006F4E6D" w:rsidP="006F4E6D">
      <w:pPr>
        <w:pStyle w:val="Titre1"/>
        <w:jc w:val="center"/>
        <w:rPr>
          <w:rFonts w:asciiTheme="majorBidi" w:hAnsiTheme="majorBidi"/>
          <w:sz w:val="22"/>
          <w:szCs w:val="22"/>
        </w:rPr>
      </w:pPr>
      <w:r w:rsidRPr="00E3542B">
        <w:rPr>
          <w:rFonts w:asciiTheme="majorBidi" w:hAnsiTheme="majorBidi"/>
          <w:sz w:val="22"/>
          <w:szCs w:val="22"/>
        </w:rPr>
        <w:t>Student Course Evaluation Grid</w:t>
      </w:r>
    </w:p>
    <w:p w14:paraId="2DAED597" w14:textId="77777777" w:rsidR="006F4E6D" w:rsidRPr="00E3542B" w:rsidRDefault="006F4E6D" w:rsidP="006F4E6D">
      <w:pPr>
        <w:rPr>
          <w:rFonts w:asciiTheme="majorBidi" w:hAnsiTheme="majorBidi" w:cstheme="majorBidi"/>
        </w:rPr>
      </w:pPr>
    </w:p>
    <w:p w14:paraId="2744D22E" w14:textId="77777777" w:rsidR="007E1584" w:rsidRPr="00E3542B" w:rsidRDefault="006F4E6D" w:rsidP="006F4E6D">
      <w:pPr>
        <w:rPr>
          <w:rFonts w:asciiTheme="majorBidi" w:hAnsiTheme="majorBidi" w:cstheme="majorBidi"/>
        </w:rPr>
      </w:pPr>
      <w:r w:rsidRPr="00E3542B">
        <w:rPr>
          <w:rFonts w:asciiTheme="majorBidi" w:hAnsiTheme="majorBidi" w:cstheme="majorBidi"/>
          <w:b/>
          <w:bCs/>
        </w:rPr>
        <w:t>Module:</w:t>
      </w:r>
      <w:r w:rsidRPr="00E3542B">
        <w:rPr>
          <w:rFonts w:asciiTheme="majorBidi" w:hAnsiTheme="majorBidi" w:cstheme="majorBidi"/>
        </w:rPr>
        <w:t xml:space="preserve"> </w:t>
      </w:r>
      <w:proofErr w:type="spellStart"/>
      <w:r w:rsidRPr="00E3542B">
        <w:rPr>
          <w:rFonts w:asciiTheme="majorBidi" w:hAnsiTheme="majorBidi" w:cstheme="majorBidi"/>
        </w:rPr>
        <w:t>Civilisation</w:t>
      </w:r>
      <w:proofErr w:type="spellEnd"/>
      <w:r w:rsidRPr="00E3542B">
        <w:rPr>
          <w:rFonts w:asciiTheme="majorBidi" w:hAnsiTheme="majorBidi" w:cstheme="majorBidi"/>
        </w:rPr>
        <w:t xml:space="preserve">    </w:t>
      </w:r>
      <w:r w:rsidRPr="00E3542B">
        <w:rPr>
          <w:rFonts w:asciiTheme="majorBidi" w:hAnsiTheme="majorBidi" w:cstheme="majorBidi"/>
          <w:b/>
          <w:bCs/>
        </w:rPr>
        <w:t>Instructor:</w:t>
      </w:r>
      <w:r w:rsidRPr="00E3542B">
        <w:rPr>
          <w:rFonts w:asciiTheme="majorBidi" w:hAnsiTheme="majorBidi" w:cstheme="majorBidi"/>
        </w:rPr>
        <w:t xml:space="preserve"> Dr. </w:t>
      </w:r>
      <w:proofErr w:type="spellStart"/>
      <w:r w:rsidRPr="00E3542B">
        <w:rPr>
          <w:rFonts w:asciiTheme="majorBidi" w:hAnsiTheme="majorBidi" w:cstheme="majorBidi"/>
        </w:rPr>
        <w:t>Seyf</w:t>
      </w:r>
      <w:proofErr w:type="spellEnd"/>
      <w:r w:rsidRPr="00E3542B">
        <w:rPr>
          <w:rFonts w:asciiTheme="majorBidi" w:hAnsiTheme="majorBidi" w:cstheme="majorBidi"/>
        </w:rPr>
        <w:t xml:space="preserve"> Eddine GUETTAIA    </w:t>
      </w:r>
      <w:r w:rsidRPr="00E3542B">
        <w:rPr>
          <w:rFonts w:asciiTheme="majorBidi" w:hAnsiTheme="majorBidi" w:cstheme="majorBidi"/>
          <w:b/>
          <w:bCs/>
        </w:rPr>
        <w:t>Academic Year:</w:t>
      </w:r>
      <w:r w:rsidRPr="00E3542B">
        <w:rPr>
          <w:rFonts w:asciiTheme="majorBidi" w:hAnsiTheme="majorBidi" w:cstheme="majorBidi"/>
        </w:rPr>
        <w:t xml:space="preserve"> 2025/2026</w:t>
      </w:r>
    </w:p>
    <w:p w14:paraId="163FFDC3" w14:textId="77777777" w:rsidR="006F4E6D" w:rsidRPr="00E3542B" w:rsidRDefault="006F4E6D" w:rsidP="006F4E6D">
      <w:pPr>
        <w:rPr>
          <w:rFonts w:asciiTheme="majorBidi" w:hAnsiTheme="majorBidi" w:cstheme="majorBidi"/>
        </w:rPr>
      </w:pPr>
    </w:p>
    <w:tbl>
      <w:tblPr>
        <w:tblStyle w:val="Grilledutableau"/>
        <w:tblW w:w="0" w:type="auto"/>
        <w:tblLook w:val="04A0" w:firstRow="1" w:lastRow="0" w:firstColumn="1" w:lastColumn="0" w:noHBand="0" w:noVBand="1"/>
      </w:tblPr>
      <w:tblGrid>
        <w:gridCol w:w="1440"/>
        <w:gridCol w:w="1438"/>
        <w:gridCol w:w="1437"/>
        <w:gridCol w:w="1439"/>
        <w:gridCol w:w="1440"/>
        <w:gridCol w:w="1436"/>
      </w:tblGrid>
      <w:tr w:rsidR="007E1584" w:rsidRPr="00E3542B" w14:paraId="12831F0C" w14:textId="77777777">
        <w:tc>
          <w:tcPr>
            <w:tcW w:w="1440" w:type="dxa"/>
          </w:tcPr>
          <w:p w14:paraId="2FF6ED85" w14:textId="77777777" w:rsidR="007E1584" w:rsidRPr="00E3542B" w:rsidRDefault="006F4E6D">
            <w:pPr>
              <w:rPr>
                <w:rFonts w:asciiTheme="majorBidi" w:hAnsiTheme="majorBidi" w:cstheme="majorBidi"/>
              </w:rPr>
            </w:pPr>
            <w:r w:rsidRPr="00E3542B">
              <w:rPr>
                <w:rFonts w:asciiTheme="majorBidi" w:hAnsiTheme="majorBidi" w:cstheme="majorBidi"/>
              </w:rPr>
              <w:t>Criteria</w:t>
            </w:r>
          </w:p>
        </w:tc>
        <w:tc>
          <w:tcPr>
            <w:tcW w:w="1440" w:type="dxa"/>
          </w:tcPr>
          <w:p w14:paraId="2F02CC54" w14:textId="77777777" w:rsidR="007E1584" w:rsidRPr="00E3542B" w:rsidRDefault="006F4E6D">
            <w:pPr>
              <w:rPr>
                <w:rFonts w:asciiTheme="majorBidi" w:hAnsiTheme="majorBidi" w:cstheme="majorBidi"/>
              </w:rPr>
            </w:pPr>
            <w:r w:rsidRPr="00E3542B">
              <w:rPr>
                <w:rFonts w:asciiTheme="majorBidi" w:hAnsiTheme="majorBidi" w:cstheme="majorBidi"/>
              </w:rPr>
              <w:t>Excellent (5)</w:t>
            </w:r>
          </w:p>
        </w:tc>
        <w:tc>
          <w:tcPr>
            <w:tcW w:w="1440" w:type="dxa"/>
          </w:tcPr>
          <w:p w14:paraId="19657129" w14:textId="77777777" w:rsidR="007E1584" w:rsidRPr="00E3542B" w:rsidRDefault="006F4E6D">
            <w:pPr>
              <w:rPr>
                <w:rFonts w:asciiTheme="majorBidi" w:hAnsiTheme="majorBidi" w:cstheme="majorBidi"/>
              </w:rPr>
            </w:pPr>
            <w:r w:rsidRPr="00E3542B">
              <w:rPr>
                <w:rFonts w:asciiTheme="majorBidi" w:hAnsiTheme="majorBidi" w:cstheme="majorBidi"/>
              </w:rPr>
              <w:t>Good (4)</w:t>
            </w:r>
          </w:p>
        </w:tc>
        <w:tc>
          <w:tcPr>
            <w:tcW w:w="1440" w:type="dxa"/>
          </w:tcPr>
          <w:p w14:paraId="63B2DFAD" w14:textId="77777777" w:rsidR="007E1584" w:rsidRPr="00E3542B" w:rsidRDefault="006F4E6D">
            <w:pPr>
              <w:rPr>
                <w:rFonts w:asciiTheme="majorBidi" w:hAnsiTheme="majorBidi" w:cstheme="majorBidi"/>
              </w:rPr>
            </w:pPr>
            <w:r w:rsidRPr="00E3542B">
              <w:rPr>
                <w:rFonts w:asciiTheme="majorBidi" w:hAnsiTheme="majorBidi" w:cstheme="majorBidi"/>
              </w:rPr>
              <w:t>Satisfactory (3)</w:t>
            </w:r>
          </w:p>
        </w:tc>
        <w:tc>
          <w:tcPr>
            <w:tcW w:w="1440" w:type="dxa"/>
          </w:tcPr>
          <w:p w14:paraId="603BC903" w14:textId="77777777" w:rsidR="007E1584" w:rsidRPr="00E3542B" w:rsidRDefault="006F4E6D">
            <w:pPr>
              <w:rPr>
                <w:rFonts w:asciiTheme="majorBidi" w:hAnsiTheme="majorBidi" w:cstheme="majorBidi"/>
              </w:rPr>
            </w:pPr>
            <w:r w:rsidRPr="00E3542B">
              <w:rPr>
                <w:rFonts w:asciiTheme="majorBidi" w:hAnsiTheme="majorBidi" w:cstheme="majorBidi"/>
              </w:rPr>
              <w:t>Needs Improvement (2)</w:t>
            </w:r>
          </w:p>
        </w:tc>
        <w:tc>
          <w:tcPr>
            <w:tcW w:w="1440" w:type="dxa"/>
          </w:tcPr>
          <w:p w14:paraId="709B57C5" w14:textId="77777777" w:rsidR="007E1584" w:rsidRPr="00E3542B" w:rsidRDefault="006F4E6D">
            <w:pPr>
              <w:rPr>
                <w:rFonts w:asciiTheme="majorBidi" w:hAnsiTheme="majorBidi" w:cstheme="majorBidi"/>
              </w:rPr>
            </w:pPr>
            <w:r w:rsidRPr="00E3542B">
              <w:rPr>
                <w:rFonts w:asciiTheme="majorBidi" w:hAnsiTheme="majorBidi" w:cstheme="majorBidi"/>
              </w:rPr>
              <w:t>Poor (1)</w:t>
            </w:r>
          </w:p>
        </w:tc>
      </w:tr>
      <w:tr w:rsidR="007E1584" w:rsidRPr="00E3542B" w14:paraId="06E61F57" w14:textId="77777777">
        <w:tc>
          <w:tcPr>
            <w:tcW w:w="1440" w:type="dxa"/>
          </w:tcPr>
          <w:p w14:paraId="4B4ADA36" w14:textId="77777777" w:rsidR="007E1584" w:rsidRPr="00E3542B" w:rsidRDefault="006F4E6D">
            <w:pPr>
              <w:rPr>
                <w:rFonts w:asciiTheme="majorBidi" w:hAnsiTheme="majorBidi" w:cstheme="majorBidi"/>
              </w:rPr>
            </w:pPr>
            <w:r w:rsidRPr="00E3542B">
              <w:rPr>
                <w:rFonts w:asciiTheme="majorBidi" w:hAnsiTheme="majorBidi" w:cstheme="majorBidi"/>
              </w:rPr>
              <w:t>The course objectives were clearly explained.</w:t>
            </w:r>
          </w:p>
        </w:tc>
        <w:tc>
          <w:tcPr>
            <w:tcW w:w="1440" w:type="dxa"/>
          </w:tcPr>
          <w:p w14:paraId="11A23511" w14:textId="5B2C7A3F" w:rsidR="007E1584" w:rsidRPr="00E3542B" w:rsidRDefault="00560D2E" w:rsidP="00560D2E">
            <w:pPr>
              <w:jc w:val="center"/>
              <w:rPr>
                <w:rFonts w:asciiTheme="majorBidi" w:hAnsiTheme="majorBidi" w:cstheme="majorBidi"/>
              </w:rPr>
            </w:pPr>
            <w:r w:rsidRPr="00953C10">
              <w:rPr>
                <w:rFonts w:ascii="Segoe UI Symbol" w:hAnsi="Segoe UI Symbol" w:cs="Segoe UI Symbol"/>
                <w:lang w:val="fr-FR"/>
              </w:rPr>
              <w:t>☑</w:t>
            </w:r>
          </w:p>
        </w:tc>
        <w:tc>
          <w:tcPr>
            <w:tcW w:w="1440" w:type="dxa"/>
          </w:tcPr>
          <w:p w14:paraId="16DA92C9" w14:textId="77777777" w:rsidR="007E1584" w:rsidRPr="00E3542B" w:rsidRDefault="006F4E6D" w:rsidP="00560D2E">
            <w:pPr>
              <w:jc w:val="center"/>
              <w:rPr>
                <w:rFonts w:asciiTheme="majorBidi" w:hAnsiTheme="majorBidi" w:cstheme="majorBidi"/>
              </w:rPr>
            </w:pPr>
            <w:r w:rsidRPr="00E3542B">
              <w:rPr>
                <w:rFonts w:ascii="Segoe UI Symbol" w:hAnsi="Segoe UI Symbol" w:cs="Segoe UI Symbol"/>
              </w:rPr>
              <w:t>☐</w:t>
            </w:r>
          </w:p>
        </w:tc>
        <w:tc>
          <w:tcPr>
            <w:tcW w:w="1440" w:type="dxa"/>
          </w:tcPr>
          <w:p w14:paraId="5A3DF90B" w14:textId="77777777" w:rsidR="007E1584" w:rsidRPr="00E3542B" w:rsidRDefault="006F4E6D" w:rsidP="00560D2E">
            <w:pPr>
              <w:jc w:val="center"/>
              <w:rPr>
                <w:rFonts w:asciiTheme="majorBidi" w:hAnsiTheme="majorBidi" w:cstheme="majorBidi"/>
              </w:rPr>
            </w:pPr>
            <w:r w:rsidRPr="00E3542B">
              <w:rPr>
                <w:rFonts w:ascii="Segoe UI Symbol" w:hAnsi="Segoe UI Symbol" w:cs="Segoe UI Symbol"/>
              </w:rPr>
              <w:t>☐</w:t>
            </w:r>
          </w:p>
        </w:tc>
        <w:tc>
          <w:tcPr>
            <w:tcW w:w="1440" w:type="dxa"/>
          </w:tcPr>
          <w:p w14:paraId="1687F48A" w14:textId="77777777" w:rsidR="007E1584" w:rsidRPr="00E3542B" w:rsidRDefault="006F4E6D" w:rsidP="00560D2E">
            <w:pPr>
              <w:jc w:val="center"/>
              <w:rPr>
                <w:rFonts w:asciiTheme="majorBidi" w:hAnsiTheme="majorBidi" w:cstheme="majorBidi"/>
              </w:rPr>
            </w:pPr>
            <w:r w:rsidRPr="00E3542B">
              <w:rPr>
                <w:rFonts w:ascii="Segoe UI Symbol" w:hAnsi="Segoe UI Symbol" w:cs="Segoe UI Symbol"/>
              </w:rPr>
              <w:t>☐</w:t>
            </w:r>
          </w:p>
        </w:tc>
        <w:tc>
          <w:tcPr>
            <w:tcW w:w="1440" w:type="dxa"/>
          </w:tcPr>
          <w:p w14:paraId="78BD07EE" w14:textId="77777777" w:rsidR="007E1584" w:rsidRPr="00E3542B" w:rsidRDefault="006F4E6D" w:rsidP="00560D2E">
            <w:pPr>
              <w:jc w:val="center"/>
              <w:rPr>
                <w:rFonts w:asciiTheme="majorBidi" w:hAnsiTheme="majorBidi" w:cstheme="majorBidi"/>
              </w:rPr>
            </w:pPr>
            <w:r w:rsidRPr="00E3542B">
              <w:rPr>
                <w:rFonts w:ascii="Segoe UI Symbol" w:hAnsi="Segoe UI Symbol" w:cs="Segoe UI Symbol"/>
              </w:rPr>
              <w:t>☐</w:t>
            </w:r>
          </w:p>
        </w:tc>
      </w:tr>
      <w:tr w:rsidR="007E1584" w:rsidRPr="00E3542B" w14:paraId="1F377F6C" w14:textId="77777777">
        <w:tc>
          <w:tcPr>
            <w:tcW w:w="1440" w:type="dxa"/>
          </w:tcPr>
          <w:p w14:paraId="454CF30B" w14:textId="77777777" w:rsidR="007E1584" w:rsidRPr="00E3542B" w:rsidRDefault="006F4E6D">
            <w:pPr>
              <w:rPr>
                <w:rFonts w:asciiTheme="majorBidi" w:hAnsiTheme="majorBidi" w:cstheme="majorBidi"/>
              </w:rPr>
            </w:pPr>
            <w:r w:rsidRPr="00E3542B">
              <w:rPr>
                <w:rFonts w:asciiTheme="majorBidi" w:hAnsiTheme="majorBidi" w:cstheme="majorBidi"/>
              </w:rPr>
              <w:t>The course content was relevant to the module objectives.</w:t>
            </w:r>
          </w:p>
        </w:tc>
        <w:tc>
          <w:tcPr>
            <w:tcW w:w="1440" w:type="dxa"/>
          </w:tcPr>
          <w:p w14:paraId="3414CDCE" w14:textId="16808798" w:rsidR="007E1584" w:rsidRPr="00E3542B" w:rsidRDefault="00A949F2" w:rsidP="00A949F2">
            <w:pPr>
              <w:jc w:val="center"/>
              <w:rPr>
                <w:rFonts w:asciiTheme="majorBidi" w:hAnsiTheme="majorBidi" w:cstheme="majorBidi"/>
              </w:rPr>
            </w:pPr>
            <w:r w:rsidRPr="00A949F2">
              <w:rPr>
                <w:rFonts w:ascii="Segoe UI Symbol" w:hAnsi="Segoe UI Symbol" w:cs="Segoe UI Symbol"/>
              </w:rPr>
              <w:t>☑</w:t>
            </w:r>
          </w:p>
        </w:tc>
        <w:tc>
          <w:tcPr>
            <w:tcW w:w="1440" w:type="dxa"/>
          </w:tcPr>
          <w:p w14:paraId="1D282564" w14:textId="77777777" w:rsidR="007E1584" w:rsidRPr="00E3542B" w:rsidRDefault="006F4E6D" w:rsidP="00560D2E">
            <w:pPr>
              <w:jc w:val="center"/>
              <w:rPr>
                <w:rFonts w:asciiTheme="majorBidi" w:hAnsiTheme="majorBidi" w:cstheme="majorBidi"/>
              </w:rPr>
            </w:pPr>
            <w:r w:rsidRPr="00E3542B">
              <w:rPr>
                <w:rFonts w:ascii="Segoe UI Symbol" w:hAnsi="Segoe UI Symbol" w:cs="Segoe UI Symbol"/>
              </w:rPr>
              <w:t>☐</w:t>
            </w:r>
          </w:p>
        </w:tc>
        <w:tc>
          <w:tcPr>
            <w:tcW w:w="1440" w:type="dxa"/>
          </w:tcPr>
          <w:p w14:paraId="282F20BB" w14:textId="77777777" w:rsidR="007E1584" w:rsidRPr="00E3542B" w:rsidRDefault="006F4E6D" w:rsidP="00560D2E">
            <w:pPr>
              <w:jc w:val="center"/>
              <w:rPr>
                <w:rFonts w:asciiTheme="majorBidi" w:hAnsiTheme="majorBidi" w:cstheme="majorBidi"/>
              </w:rPr>
            </w:pPr>
            <w:r w:rsidRPr="00E3542B">
              <w:rPr>
                <w:rFonts w:ascii="Segoe UI Symbol" w:hAnsi="Segoe UI Symbol" w:cs="Segoe UI Symbol"/>
              </w:rPr>
              <w:t>☐</w:t>
            </w:r>
          </w:p>
        </w:tc>
        <w:tc>
          <w:tcPr>
            <w:tcW w:w="1440" w:type="dxa"/>
          </w:tcPr>
          <w:p w14:paraId="330770A3" w14:textId="77777777" w:rsidR="007E1584" w:rsidRPr="00E3542B" w:rsidRDefault="006F4E6D" w:rsidP="00560D2E">
            <w:pPr>
              <w:jc w:val="center"/>
              <w:rPr>
                <w:rFonts w:asciiTheme="majorBidi" w:hAnsiTheme="majorBidi" w:cstheme="majorBidi"/>
              </w:rPr>
            </w:pPr>
            <w:r w:rsidRPr="00E3542B">
              <w:rPr>
                <w:rFonts w:ascii="Segoe UI Symbol" w:hAnsi="Segoe UI Symbol" w:cs="Segoe UI Symbol"/>
              </w:rPr>
              <w:t>☐</w:t>
            </w:r>
          </w:p>
        </w:tc>
        <w:tc>
          <w:tcPr>
            <w:tcW w:w="1440" w:type="dxa"/>
          </w:tcPr>
          <w:p w14:paraId="3F78FABA" w14:textId="77777777" w:rsidR="007E1584" w:rsidRPr="00E3542B" w:rsidRDefault="006F4E6D" w:rsidP="00560D2E">
            <w:pPr>
              <w:jc w:val="center"/>
              <w:rPr>
                <w:rFonts w:asciiTheme="majorBidi" w:hAnsiTheme="majorBidi" w:cstheme="majorBidi"/>
              </w:rPr>
            </w:pPr>
            <w:r w:rsidRPr="00E3542B">
              <w:rPr>
                <w:rFonts w:ascii="Segoe UI Symbol" w:hAnsi="Segoe UI Symbol" w:cs="Segoe UI Symbol"/>
              </w:rPr>
              <w:t>☐</w:t>
            </w:r>
          </w:p>
        </w:tc>
      </w:tr>
      <w:tr w:rsidR="007E1584" w:rsidRPr="00E3542B" w14:paraId="2937F053" w14:textId="77777777">
        <w:tc>
          <w:tcPr>
            <w:tcW w:w="1440" w:type="dxa"/>
          </w:tcPr>
          <w:p w14:paraId="2F202183" w14:textId="77777777" w:rsidR="007E1584" w:rsidRPr="00E3542B" w:rsidRDefault="006F4E6D">
            <w:pPr>
              <w:rPr>
                <w:rFonts w:asciiTheme="majorBidi" w:hAnsiTheme="majorBidi" w:cstheme="majorBidi"/>
              </w:rPr>
            </w:pPr>
            <w:r w:rsidRPr="00E3542B">
              <w:rPr>
                <w:rFonts w:asciiTheme="majorBidi" w:hAnsiTheme="majorBidi" w:cstheme="majorBidi"/>
              </w:rPr>
              <w:t>The lectures were well organized and easy to follow.</w:t>
            </w:r>
          </w:p>
        </w:tc>
        <w:tc>
          <w:tcPr>
            <w:tcW w:w="1440" w:type="dxa"/>
          </w:tcPr>
          <w:p w14:paraId="7EB258CE" w14:textId="499BDB14" w:rsidR="007E1584" w:rsidRPr="00E3542B" w:rsidRDefault="00A949F2" w:rsidP="00A949F2">
            <w:pPr>
              <w:jc w:val="center"/>
              <w:rPr>
                <w:rFonts w:asciiTheme="majorBidi" w:hAnsiTheme="majorBidi" w:cstheme="majorBidi"/>
              </w:rPr>
            </w:pPr>
            <w:r w:rsidRPr="00A949F2">
              <w:rPr>
                <w:rFonts w:ascii="Segoe UI Symbol" w:hAnsi="Segoe UI Symbol" w:cs="Segoe UI Symbol"/>
              </w:rPr>
              <w:t>☑</w:t>
            </w:r>
          </w:p>
        </w:tc>
        <w:tc>
          <w:tcPr>
            <w:tcW w:w="1440" w:type="dxa"/>
          </w:tcPr>
          <w:p w14:paraId="1B05DC36" w14:textId="77777777" w:rsidR="007E1584" w:rsidRPr="00E3542B" w:rsidRDefault="006F4E6D" w:rsidP="00560D2E">
            <w:pPr>
              <w:jc w:val="center"/>
              <w:rPr>
                <w:rFonts w:asciiTheme="majorBidi" w:hAnsiTheme="majorBidi" w:cstheme="majorBidi"/>
              </w:rPr>
            </w:pPr>
            <w:r w:rsidRPr="00E3542B">
              <w:rPr>
                <w:rFonts w:ascii="Segoe UI Symbol" w:hAnsi="Segoe UI Symbol" w:cs="Segoe UI Symbol"/>
              </w:rPr>
              <w:t>☐</w:t>
            </w:r>
          </w:p>
        </w:tc>
        <w:tc>
          <w:tcPr>
            <w:tcW w:w="1440" w:type="dxa"/>
          </w:tcPr>
          <w:p w14:paraId="4ADDC361" w14:textId="77777777" w:rsidR="007E1584" w:rsidRPr="00E3542B" w:rsidRDefault="006F4E6D" w:rsidP="00560D2E">
            <w:pPr>
              <w:jc w:val="center"/>
              <w:rPr>
                <w:rFonts w:asciiTheme="majorBidi" w:hAnsiTheme="majorBidi" w:cstheme="majorBidi"/>
              </w:rPr>
            </w:pPr>
            <w:r w:rsidRPr="00E3542B">
              <w:rPr>
                <w:rFonts w:ascii="Segoe UI Symbol" w:hAnsi="Segoe UI Symbol" w:cs="Segoe UI Symbol"/>
              </w:rPr>
              <w:t>☐</w:t>
            </w:r>
          </w:p>
        </w:tc>
        <w:tc>
          <w:tcPr>
            <w:tcW w:w="1440" w:type="dxa"/>
          </w:tcPr>
          <w:p w14:paraId="389D502F" w14:textId="77777777" w:rsidR="007E1584" w:rsidRPr="00E3542B" w:rsidRDefault="006F4E6D" w:rsidP="00560D2E">
            <w:pPr>
              <w:jc w:val="center"/>
              <w:rPr>
                <w:rFonts w:asciiTheme="majorBidi" w:hAnsiTheme="majorBidi" w:cstheme="majorBidi"/>
              </w:rPr>
            </w:pPr>
            <w:r w:rsidRPr="00E3542B">
              <w:rPr>
                <w:rFonts w:ascii="Segoe UI Symbol" w:hAnsi="Segoe UI Symbol" w:cs="Segoe UI Symbol"/>
              </w:rPr>
              <w:t>☐</w:t>
            </w:r>
          </w:p>
        </w:tc>
        <w:tc>
          <w:tcPr>
            <w:tcW w:w="1440" w:type="dxa"/>
          </w:tcPr>
          <w:p w14:paraId="0619DCCA" w14:textId="77777777" w:rsidR="007E1584" w:rsidRPr="00E3542B" w:rsidRDefault="006F4E6D" w:rsidP="00560D2E">
            <w:pPr>
              <w:jc w:val="center"/>
              <w:rPr>
                <w:rFonts w:asciiTheme="majorBidi" w:hAnsiTheme="majorBidi" w:cstheme="majorBidi"/>
              </w:rPr>
            </w:pPr>
            <w:r w:rsidRPr="00E3542B">
              <w:rPr>
                <w:rFonts w:ascii="Segoe UI Symbol" w:hAnsi="Segoe UI Symbol" w:cs="Segoe UI Symbol"/>
              </w:rPr>
              <w:t>☐</w:t>
            </w:r>
          </w:p>
        </w:tc>
      </w:tr>
      <w:tr w:rsidR="007E1584" w:rsidRPr="00E3542B" w14:paraId="04D080E5" w14:textId="77777777">
        <w:tc>
          <w:tcPr>
            <w:tcW w:w="1440" w:type="dxa"/>
          </w:tcPr>
          <w:p w14:paraId="620B69CE" w14:textId="77777777" w:rsidR="007E1584" w:rsidRPr="00E3542B" w:rsidRDefault="006F4E6D">
            <w:pPr>
              <w:rPr>
                <w:rFonts w:asciiTheme="majorBidi" w:hAnsiTheme="majorBidi" w:cstheme="majorBidi"/>
              </w:rPr>
            </w:pPr>
            <w:r w:rsidRPr="00E3542B">
              <w:rPr>
                <w:rFonts w:asciiTheme="majorBidi" w:hAnsiTheme="majorBidi" w:cstheme="majorBidi"/>
              </w:rPr>
              <w:t>The instructor demonstrated mastery of the subject.</w:t>
            </w:r>
          </w:p>
        </w:tc>
        <w:tc>
          <w:tcPr>
            <w:tcW w:w="1440" w:type="dxa"/>
          </w:tcPr>
          <w:p w14:paraId="6AE6F2E1" w14:textId="5424837C" w:rsidR="007E1584" w:rsidRPr="00E3542B" w:rsidRDefault="00A949F2" w:rsidP="00A949F2">
            <w:pPr>
              <w:jc w:val="center"/>
              <w:rPr>
                <w:rFonts w:asciiTheme="majorBidi" w:hAnsiTheme="majorBidi" w:cstheme="majorBidi"/>
              </w:rPr>
            </w:pPr>
            <w:r w:rsidRPr="00A949F2">
              <w:rPr>
                <w:rFonts w:ascii="Segoe UI Symbol" w:hAnsi="Segoe UI Symbol" w:cs="Segoe UI Symbol"/>
              </w:rPr>
              <w:t>☑</w:t>
            </w:r>
          </w:p>
        </w:tc>
        <w:tc>
          <w:tcPr>
            <w:tcW w:w="1440" w:type="dxa"/>
          </w:tcPr>
          <w:p w14:paraId="390082EC" w14:textId="77777777" w:rsidR="007E1584" w:rsidRPr="00E3542B" w:rsidRDefault="006F4E6D" w:rsidP="00560D2E">
            <w:pPr>
              <w:jc w:val="center"/>
              <w:rPr>
                <w:rFonts w:asciiTheme="majorBidi" w:hAnsiTheme="majorBidi" w:cstheme="majorBidi"/>
              </w:rPr>
            </w:pPr>
            <w:r w:rsidRPr="00E3542B">
              <w:rPr>
                <w:rFonts w:ascii="Segoe UI Symbol" w:hAnsi="Segoe UI Symbol" w:cs="Segoe UI Symbol"/>
              </w:rPr>
              <w:t>☐</w:t>
            </w:r>
          </w:p>
        </w:tc>
        <w:tc>
          <w:tcPr>
            <w:tcW w:w="1440" w:type="dxa"/>
          </w:tcPr>
          <w:p w14:paraId="63AB61D6" w14:textId="77777777" w:rsidR="007E1584" w:rsidRPr="00E3542B" w:rsidRDefault="006F4E6D" w:rsidP="00560D2E">
            <w:pPr>
              <w:jc w:val="center"/>
              <w:rPr>
                <w:rFonts w:asciiTheme="majorBidi" w:hAnsiTheme="majorBidi" w:cstheme="majorBidi"/>
              </w:rPr>
            </w:pPr>
            <w:r w:rsidRPr="00E3542B">
              <w:rPr>
                <w:rFonts w:ascii="Segoe UI Symbol" w:hAnsi="Segoe UI Symbol" w:cs="Segoe UI Symbol"/>
              </w:rPr>
              <w:t>☐</w:t>
            </w:r>
          </w:p>
        </w:tc>
        <w:tc>
          <w:tcPr>
            <w:tcW w:w="1440" w:type="dxa"/>
          </w:tcPr>
          <w:p w14:paraId="40D5413C" w14:textId="77777777" w:rsidR="007E1584" w:rsidRPr="00E3542B" w:rsidRDefault="006F4E6D" w:rsidP="00560D2E">
            <w:pPr>
              <w:jc w:val="center"/>
              <w:rPr>
                <w:rFonts w:asciiTheme="majorBidi" w:hAnsiTheme="majorBidi" w:cstheme="majorBidi"/>
              </w:rPr>
            </w:pPr>
            <w:r w:rsidRPr="00E3542B">
              <w:rPr>
                <w:rFonts w:ascii="Segoe UI Symbol" w:hAnsi="Segoe UI Symbol" w:cs="Segoe UI Symbol"/>
              </w:rPr>
              <w:t>☐</w:t>
            </w:r>
          </w:p>
        </w:tc>
        <w:tc>
          <w:tcPr>
            <w:tcW w:w="1440" w:type="dxa"/>
          </w:tcPr>
          <w:p w14:paraId="50346340" w14:textId="77777777" w:rsidR="007E1584" w:rsidRPr="00E3542B" w:rsidRDefault="006F4E6D" w:rsidP="00560D2E">
            <w:pPr>
              <w:jc w:val="center"/>
              <w:rPr>
                <w:rFonts w:asciiTheme="majorBidi" w:hAnsiTheme="majorBidi" w:cstheme="majorBidi"/>
              </w:rPr>
            </w:pPr>
            <w:r w:rsidRPr="00E3542B">
              <w:rPr>
                <w:rFonts w:ascii="Segoe UI Symbol" w:hAnsi="Segoe UI Symbol" w:cs="Segoe UI Symbol"/>
              </w:rPr>
              <w:t>☐</w:t>
            </w:r>
          </w:p>
        </w:tc>
      </w:tr>
      <w:tr w:rsidR="007E1584" w:rsidRPr="00E3542B" w14:paraId="56EC65D7" w14:textId="77777777">
        <w:tc>
          <w:tcPr>
            <w:tcW w:w="1440" w:type="dxa"/>
          </w:tcPr>
          <w:p w14:paraId="4DED8138" w14:textId="77777777" w:rsidR="007E1584" w:rsidRPr="00E3542B" w:rsidRDefault="006F4E6D">
            <w:pPr>
              <w:rPr>
                <w:rFonts w:asciiTheme="majorBidi" w:hAnsiTheme="majorBidi" w:cstheme="majorBidi"/>
              </w:rPr>
            </w:pPr>
            <w:r w:rsidRPr="00E3542B">
              <w:rPr>
                <w:rFonts w:asciiTheme="majorBidi" w:hAnsiTheme="majorBidi" w:cstheme="majorBidi"/>
              </w:rPr>
              <w:t>The instructor explained concepts clearly.</w:t>
            </w:r>
          </w:p>
        </w:tc>
        <w:tc>
          <w:tcPr>
            <w:tcW w:w="1440" w:type="dxa"/>
          </w:tcPr>
          <w:p w14:paraId="2B832BBE" w14:textId="77777777" w:rsidR="007E1584" w:rsidRPr="00E3542B" w:rsidRDefault="006F4E6D" w:rsidP="00560D2E">
            <w:pPr>
              <w:jc w:val="center"/>
              <w:rPr>
                <w:rFonts w:asciiTheme="majorBidi" w:hAnsiTheme="majorBidi" w:cstheme="majorBidi"/>
              </w:rPr>
            </w:pPr>
            <w:r w:rsidRPr="00E3542B">
              <w:rPr>
                <w:rFonts w:ascii="Segoe UI Symbol" w:hAnsi="Segoe UI Symbol" w:cs="Segoe UI Symbol"/>
              </w:rPr>
              <w:t>☐</w:t>
            </w:r>
          </w:p>
        </w:tc>
        <w:tc>
          <w:tcPr>
            <w:tcW w:w="1440" w:type="dxa"/>
          </w:tcPr>
          <w:p w14:paraId="6231EF2A" w14:textId="7C0A3788" w:rsidR="007E1584" w:rsidRPr="00E3542B" w:rsidRDefault="00A949F2" w:rsidP="00A949F2">
            <w:pPr>
              <w:jc w:val="center"/>
              <w:rPr>
                <w:rFonts w:asciiTheme="majorBidi" w:hAnsiTheme="majorBidi" w:cstheme="majorBidi"/>
              </w:rPr>
            </w:pPr>
            <w:r w:rsidRPr="00A949F2">
              <w:rPr>
                <w:rFonts w:ascii="Segoe UI Symbol" w:hAnsi="Segoe UI Symbol" w:cs="Segoe UI Symbol"/>
              </w:rPr>
              <w:t>☑</w:t>
            </w:r>
          </w:p>
        </w:tc>
        <w:tc>
          <w:tcPr>
            <w:tcW w:w="1440" w:type="dxa"/>
          </w:tcPr>
          <w:p w14:paraId="30B1019D" w14:textId="77777777" w:rsidR="007E1584" w:rsidRPr="00E3542B" w:rsidRDefault="006F4E6D" w:rsidP="00560D2E">
            <w:pPr>
              <w:jc w:val="center"/>
              <w:rPr>
                <w:rFonts w:asciiTheme="majorBidi" w:hAnsiTheme="majorBidi" w:cstheme="majorBidi"/>
              </w:rPr>
            </w:pPr>
            <w:r w:rsidRPr="00E3542B">
              <w:rPr>
                <w:rFonts w:ascii="Segoe UI Symbol" w:hAnsi="Segoe UI Symbol" w:cs="Segoe UI Symbol"/>
              </w:rPr>
              <w:t>☐</w:t>
            </w:r>
          </w:p>
        </w:tc>
        <w:tc>
          <w:tcPr>
            <w:tcW w:w="1440" w:type="dxa"/>
          </w:tcPr>
          <w:p w14:paraId="1197B855" w14:textId="77777777" w:rsidR="007E1584" w:rsidRPr="00E3542B" w:rsidRDefault="006F4E6D" w:rsidP="00560D2E">
            <w:pPr>
              <w:jc w:val="center"/>
              <w:rPr>
                <w:rFonts w:asciiTheme="majorBidi" w:hAnsiTheme="majorBidi" w:cstheme="majorBidi"/>
              </w:rPr>
            </w:pPr>
            <w:r w:rsidRPr="00E3542B">
              <w:rPr>
                <w:rFonts w:ascii="Segoe UI Symbol" w:hAnsi="Segoe UI Symbol" w:cs="Segoe UI Symbol"/>
              </w:rPr>
              <w:t>☐</w:t>
            </w:r>
          </w:p>
        </w:tc>
        <w:tc>
          <w:tcPr>
            <w:tcW w:w="1440" w:type="dxa"/>
          </w:tcPr>
          <w:p w14:paraId="0487559F" w14:textId="77777777" w:rsidR="007E1584" w:rsidRPr="00E3542B" w:rsidRDefault="006F4E6D" w:rsidP="00560D2E">
            <w:pPr>
              <w:jc w:val="center"/>
              <w:rPr>
                <w:rFonts w:asciiTheme="majorBidi" w:hAnsiTheme="majorBidi" w:cstheme="majorBidi"/>
              </w:rPr>
            </w:pPr>
            <w:r w:rsidRPr="00E3542B">
              <w:rPr>
                <w:rFonts w:ascii="Segoe UI Symbol" w:hAnsi="Segoe UI Symbol" w:cs="Segoe UI Symbol"/>
              </w:rPr>
              <w:t>☐</w:t>
            </w:r>
          </w:p>
        </w:tc>
      </w:tr>
      <w:tr w:rsidR="007E1584" w:rsidRPr="00E3542B" w14:paraId="7109EFDE" w14:textId="77777777">
        <w:tc>
          <w:tcPr>
            <w:tcW w:w="1440" w:type="dxa"/>
          </w:tcPr>
          <w:p w14:paraId="460BC1F8" w14:textId="77777777" w:rsidR="007E1584" w:rsidRPr="00E3542B" w:rsidRDefault="006F4E6D">
            <w:pPr>
              <w:rPr>
                <w:rFonts w:asciiTheme="majorBidi" w:hAnsiTheme="majorBidi" w:cstheme="majorBidi"/>
              </w:rPr>
            </w:pPr>
            <w:r w:rsidRPr="00E3542B">
              <w:rPr>
                <w:rFonts w:asciiTheme="majorBidi" w:hAnsiTheme="majorBidi" w:cstheme="majorBidi"/>
              </w:rPr>
              <w:t>The instructor encouraged student participation.</w:t>
            </w:r>
          </w:p>
        </w:tc>
        <w:tc>
          <w:tcPr>
            <w:tcW w:w="1440" w:type="dxa"/>
          </w:tcPr>
          <w:p w14:paraId="4C1D3144" w14:textId="77777777" w:rsidR="007E1584" w:rsidRPr="00E3542B" w:rsidRDefault="006F4E6D" w:rsidP="00560D2E">
            <w:pPr>
              <w:jc w:val="center"/>
              <w:rPr>
                <w:rFonts w:asciiTheme="majorBidi" w:hAnsiTheme="majorBidi" w:cstheme="majorBidi"/>
              </w:rPr>
            </w:pPr>
            <w:r w:rsidRPr="00E3542B">
              <w:rPr>
                <w:rFonts w:ascii="Segoe UI Symbol" w:hAnsi="Segoe UI Symbol" w:cs="Segoe UI Symbol"/>
              </w:rPr>
              <w:t>☐</w:t>
            </w:r>
          </w:p>
        </w:tc>
        <w:tc>
          <w:tcPr>
            <w:tcW w:w="1440" w:type="dxa"/>
          </w:tcPr>
          <w:p w14:paraId="16F7E64E" w14:textId="2A616AA3" w:rsidR="007E1584" w:rsidRPr="00E3542B" w:rsidRDefault="00A949F2" w:rsidP="00A949F2">
            <w:pPr>
              <w:jc w:val="center"/>
              <w:rPr>
                <w:rFonts w:asciiTheme="majorBidi" w:hAnsiTheme="majorBidi" w:cstheme="majorBidi"/>
              </w:rPr>
            </w:pPr>
            <w:r w:rsidRPr="00A949F2">
              <w:rPr>
                <w:rFonts w:ascii="Segoe UI Symbol" w:hAnsi="Segoe UI Symbol" w:cs="Segoe UI Symbol"/>
              </w:rPr>
              <w:t>☑</w:t>
            </w:r>
          </w:p>
        </w:tc>
        <w:tc>
          <w:tcPr>
            <w:tcW w:w="1440" w:type="dxa"/>
          </w:tcPr>
          <w:p w14:paraId="3F4B07B1" w14:textId="77777777" w:rsidR="007E1584" w:rsidRPr="00E3542B" w:rsidRDefault="006F4E6D" w:rsidP="00560D2E">
            <w:pPr>
              <w:jc w:val="center"/>
              <w:rPr>
                <w:rFonts w:asciiTheme="majorBidi" w:hAnsiTheme="majorBidi" w:cstheme="majorBidi"/>
              </w:rPr>
            </w:pPr>
            <w:r w:rsidRPr="00E3542B">
              <w:rPr>
                <w:rFonts w:ascii="Segoe UI Symbol" w:hAnsi="Segoe UI Symbol" w:cs="Segoe UI Symbol"/>
              </w:rPr>
              <w:t>☐</w:t>
            </w:r>
          </w:p>
        </w:tc>
        <w:tc>
          <w:tcPr>
            <w:tcW w:w="1440" w:type="dxa"/>
          </w:tcPr>
          <w:p w14:paraId="3C72E479" w14:textId="77777777" w:rsidR="007E1584" w:rsidRPr="00E3542B" w:rsidRDefault="006F4E6D" w:rsidP="00560D2E">
            <w:pPr>
              <w:jc w:val="center"/>
              <w:rPr>
                <w:rFonts w:asciiTheme="majorBidi" w:hAnsiTheme="majorBidi" w:cstheme="majorBidi"/>
              </w:rPr>
            </w:pPr>
            <w:r w:rsidRPr="00E3542B">
              <w:rPr>
                <w:rFonts w:ascii="Segoe UI Symbol" w:hAnsi="Segoe UI Symbol" w:cs="Segoe UI Symbol"/>
              </w:rPr>
              <w:t>☐</w:t>
            </w:r>
          </w:p>
        </w:tc>
        <w:tc>
          <w:tcPr>
            <w:tcW w:w="1440" w:type="dxa"/>
          </w:tcPr>
          <w:p w14:paraId="1EB3C143" w14:textId="77777777" w:rsidR="007E1584" w:rsidRPr="00E3542B" w:rsidRDefault="006F4E6D" w:rsidP="00560D2E">
            <w:pPr>
              <w:jc w:val="center"/>
              <w:rPr>
                <w:rFonts w:asciiTheme="majorBidi" w:hAnsiTheme="majorBidi" w:cstheme="majorBidi"/>
              </w:rPr>
            </w:pPr>
            <w:r w:rsidRPr="00E3542B">
              <w:rPr>
                <w:rFonts w:ascii="Segoe UI Symbol" w:hAnsi="Segoe UI Symbol" w:cs="Segoe UI Symbol"/>
              </w:rPr>
              <w:t>☐</w:t>
            </w:r>
          </w:p>
        </w:tc>
      </w:tr>
      <w:tr w:rsidR="007E1584" w:rsidRPr="00E3542B" w14:paraId="3860B1DA" w14:textId="77777777">
        <w:tc>
          <w:tcPr>
            <w:tcW w:w="1440" w:type="dxa"/>
          </w:tcPr>
          <w:p w14:paraId="25441142" w14:textId="77777777" w:rsidR="007E1584" w:rsidRPr="00E3542B" w:rsidRDefault="006F4E6D">
            <w:pPr>
              <w:rPr>
                <w:rFonts w:asciiTheme="majorBidi" w:hAnsiTheme="majorBidi" w:cstheme="majorBidi"/>
              </w:rPr>
            </w:pPr>
            <w:r w:rsidRPr="00E3542B">
              <w:rPr>
                <w:rFonts w:asciiTheme="majorBidi" w:hAnsiTheme="majorBidi" w:cstheme="majorBidi"/>
              </w:rPr>
              <w:t>Questions were answered satisfactorily.</w:t>
            </w:r>
          </w:p>
        </w:tc>
        <w:tc>
          <w:tcPr>
            <w:tcW w:w="1440" w:type="dxa"/>
          </w:tcPr>
          <w:p w14:paraId="3F56E353" w14:textId="66BE7447" w:rsidR="007E1584" w:rsidRPr="00E3542B" w:rsidRDefault="00A949F2" w:rsidP="00A949F2">
            <w:pPr>
              <w:jc w:val="center"/>
              <w:rPr>
                <w:rFonts w:asciiTheme="majorBidi" w:hAnsiTheme="majorBidi" w:cstheme="majorBidi"/>
              </w:rPr>
            </w:pPr>
            <w:r w:rsidRPr="00A949F2">
              <w:rPr>
                <w:rFonts w:ascii="Segoe UI Symbol" w:hAnsi="Segoe UI Symbol" w:cs="Segoe UI Symbol"/>
              </w:rPr>
              <w:t>☑</w:t>
            </w:r>
          </w:p>
        </w:tc>
        <w:tc>
          <w:tcPr>
            <w:tcW w:w="1440" w:type="dxa"/>
          </w:tcPr>
          <w:p w14:paraId="035BB289" w14:textId="77777777" w:rsidR="007E1584" w:rsidRPr="00E3542B" w:rsidRDefault="006F4E6D" w:rsidP="00560D2E">
            <w:pPr>
              <w:jc w:val="center"/>
              <w:rPr>
                <w:rFonts w:asciiTheme="majorBidi" w:hAnsiTheme="majorBidi" w:cstheme="majorBidi"/>
              </w:rPr>
            </w:pPr>
            <w:r w:rsidRPr="00E3542B">
              <w:rPr>
                <w:rFonts w:ascii="Segoe UI Symbol" w:hAnsi="Segoe UI Symbol" w:cs="Segoe UI Symbol"/>
              </w:rPr>
              <w:t>☐</w:t>
            </w:r>
          </w:p>
        </w:tc>
        <w:tc>
          <w:tcPr>
            <w:tcW w:w="1440" w:type="dxa"/>
          </w:tcPr>
          <w:p w14:paraId="6FDCDAE7" w14:textId="77777777" w:rsidR="007E1584" w:rsidRPr="00E3542B" w:rsidRDefault="006F4E6D" w:rsidP="00560D2E">
            <w:pPr>
              <w:jc w:val="center"/>
              <w:rPr>
                <w:rFonts w:asciiTheme="majorBidi" w:hAnsiTheme="majorBidi" w:cstheme="majorBidi"/>
              </w:rPr>
            </w:pPr>
            <w:r w:rsidRPr="00E3542B">
              <w:rPr>
                <w:rFonts w:ascii="Segoe UI Symbol" w:hAnsi="Segoe UI Symbol" w:cs="Segoe UI Symbol"/>
              </w:rPr>
              <w:t>☐</w:t>
            </w:r>
          </w:p>
        </w:tc>
        <w:tc>
          <w:tcPr>
            <w:tcW w:w="1440" w:type="dxa"/>
          </w:tcPr>
          <w:p w14:paraId="06C6C569" w14:textId="77777777" w:rsidR="007E1584" w:rsidRPr="00E3542B" w:rsidRDefault="006F4E6D" w:rsidP="00560D2E">
            <w:pPr>
              <w:jc w:val="center"/>
              <w:rPr>
                <w:rFonts w:asciiTheme="majorBidi" w:hAnsiTheme="majorBidi" w:cstheme="majorBidi"/>
              </w:rPr>
            </w:pPr>
            <w:r w:rsidRPr="00E3542B">
              <w:rPr>
                <w:rFonts w:ascii="Segoe UI Symbol" w:hAnsi="Segoe UI Symbol" w:cs="Segoe UI Symbol"/>
              </w:rPr>
              <w:t>☐</w:t>
            </w:r>
          </w:p>
        </w:tc>
        <w:tc>
          <w:tcPr>
            <w:tcW w:w="1440" w:type="dxa"/>
          </w:tcPr>
          <w:p w14:paraId="128FF96E" w14:textId="77777777" w:rsidR="007E1584" w:rsidRPr="00E3542B" w:rsidRDefault="006F4E6D" w:rsidP="00560D2E">
            <w:pPr>
              <w:jc w:val="center"/>
              <w:rPr>
                <w:rFonts w:asciiTheme="majorBidi" w:hAnsiTheme="majorBidi" w:cstheme="majorBidi"/>
              </w:rPr>
            </w:pPr>
            <w:r w:rsidRPr="00E3542B">
              <w:rPr>
                <w:rFonts w:ascii="Segoe UI Symbol" w:hAnsi="Segoe UI Symbol" w:cs="Segoe UI Symbol"/>
              </w:rPr>
              <w:t>☐</w:t>
            </w:r>
          </w:p>
        </w:tc>
      </w:tr>
      <w:tr w:rsidR="007E1584" w:rsidRPr="00E3542B" w14:paraId="73E433C5" w14:textId="77777777">
        <w:tc>
          <w:tcPr>
            <w:tcW w:w="1440" w:type="dxa"/>
          </w:tcPr>
          <w:p w14:paraId="7093B735" w14:textId="77777777" w:rsidR="007E1584" w:rsidRPr="00E3542B" w:rsidRDefault="006F4E6D">
            <w:pPr>
              <w:rPr>
                <w:rFonts w:asciiTheme="majorBidi" w:hAnsiTheme="majorBidi" w:cstheme="majorBidi"/>
              </w:rPr>
            </w:pPr>
            <w:r w:rsidRPr="00E3542B">
              <w:rPr>
                <w:rFonts w:asciiTheme="majorBidi" w:hAnsiTheme="majorBidi" w:cstheme="majorBidi"/>
              </w:rPr>
              <w:t>Teaching methods were engaging and effective.</w:t>
            </w:r>
          </w:p>
        </w:tc>
        <w:tc>
          <w:tcPr>
            <w:tcW w:w="1440" w:type="dxa"/>
          </w:tcPr>
          <w:p w14:paraId="6DE8633D" w14:textId="0F770B7B" w:rsidR="007E1584" w:rsidRPr="00E3542B" w:rsidRDefault="00A949F2" w:rsidP="00A949F2">
            <w:pPr>
              <w:jc w:val="center"/>
              <w:rPr>
                <w:rFonts w:asciiTheme="majorBidi" w:hAnsiTheme="majorBidi" w:cstheme="majorBidi"/>
              </w:rPr>
            </w:pPr>
            <w:r w:rsidRPr="00A949F2">
              <w:rPr>
                <w:rFonts w:ascii="Segoe UI Symbol" w:hAnsi="Segoe UI Symbol" w:cs="Segoe UI Symbol"/>
              </w:rPr>
              <w:t>☑</w:t>
            </w:r>
          </w:p>
        </w:tc>
        <w:tc>
          <w:tcPr>
            <w:tcW w:w="1440" w:type="dxa"/>
          </w:tcPr>
          <w:p w14:paraId="07340616" w14:textId="77777777" w:rsidR="007E1584" w:rsidRPr="00E3542B" w:rsidRDefault="006F4E6D" w:rsidP="00560D2E">
            <w:pPr>
              <w:jc w:val="center"/>
              <w:rPr>
                <w:rFonts w:asciiTheme="majorBidi" w:hAnsiTheme="majorBidi" w:cstheme="majorBidi"/>
              </w:rPr>
            </w:pPr>
            <w:r w:rsidRPr="00E3542B">
              <w:rPr>
                <w:rFonts w:ascii="Segoe UI Symbol" w:hAnsi="Segoe UI Symbol" w:cs="Segoe UI Symbol"/>
              </w:rPr>
              <w:t>☐</w:t>
            </w:r>
          </w:p>
        </w:tc>
        <w:tc>
          <w:tcPr>
            <w:tcW w:w="1440" w:type="dxa"/>
          </w:tcPr>
          <w:p w14:paraId="71DA3542" w14:textId="77777777" w:rsidR="007E1584" w:rsidRPr="00E3542B" w:rsidRDefault="006F4E6D" w:rsidP="00560D2E">
            <w:pPr>
              <w:jc w:val="center"/>
              <w:rPr>
                <w:rFonts w:asciiTheme="majorBidi" w:hAnsiTheme="majorBidi" w:cstheme="majorBidi"/>
              </w:rPr>
            </w:pPr>
            <w:r w:rsidRPr="00E3542B">
              <w:rPr>
                <w:rFonts w:ascii="Segoe UI Symbol" w:hAnsi="Segoe UI Symbol" w:cs="Segoe UI Symbol"/>
              </w:rPr>
              <w:t>☐</w:t>
            </w:r>
          </w:p>
        </w:tc>
        <w:tc>
          <w:tcPr>
            <w:tcW w:w="1440" w:type="dxa"/>
          </w:tcPr>
          <w:p w14:paraId="5B3A18D0" w14:textId="77777777" w:rsidR="007E1584" w:rsidRPr="00E3542B" w:rsidRDefault="006F4E6D" w:rsidP="00560D2E">
            <w:pPr>
              <w:jc w:val="center"/>
              <w:rPr>
                <w:rFonts w:asciiTheme="majorBidi" w:hAnsiTheme="majorBidi" w:cstheme="majorBidi"/>
              </w:rPr>
            </w:pPr>
            <w:r w:rsidRPr="00E3542B">
              <w:rPr>
                <w:rFonts w:ascii="Segoe UI Symbol" w:hAnsi="Segoe UI Symbol" w:cs="Segoe UI Symbol"/>
              </w:rPr>
              <w:t>☐</w:t>
            </w:r>
          </w:p>
        </w:tc>
        <w:tc>
          <w:tcPr>
            <w:tcW w:w="1440" w:type="dxa"/>
          </w:tcPr>
          <w:p w14:paraId="5ED6DCDF" w14:textId="77777777" w:rsidR="007E1584" w:rsidRPr="00E3542B" w:rsidRDefault="006F4E6D" w:rsidP="00560D2E">
            <w:pPr>
              <w:jc w:val="center"/>
              <w:rPr>
                <w:rFonts w:asciiTheme="majorBidi" w:hAnsiTheme="majorBidi" w:cstheme="majorBidi"/>
              </w:rPr>
            </w:pPr>
            <w:r w:rsidRPr="00E3542B">
              <w:rPr>
                <w:rFonts w:ascii="Segoe UI Symbol" w:hAnsi="Segoe UI Symbol" w:cs="Segoe UI Symbol"/>
              </w:rPr>
              <w:t>☐</w:t>
            </w:r>
          </w:p>
        </w:tc>
      </w:tr>
      <w:tr w:rsidR="007E1584" w:rsidRPr="00E3542B" w14:paraId="558ACFF0" w14:textId="77777777">
        <w:tc>
          <w:tcPr>
            <w:tcW w:w="1440" w:type="dxa"/>
          </w:tcPr>
          <w:p w14:paraId="14A307D4" w14:textId="77777777" w:rsidR="007E1584" w:rsidRPr="00E3542B" w:rsidRDefault="006F4E6D">
            <w:pPr>
              <w:rPr>
                <w:rFonts w:asciiTheme="majorBidi" w:hAnsiTheme="majorBidi" w:cstheme="majorBidi"/>
              </w:rPr>
            </w:pPr>
            <w:r w:rsidRPr="00E3542B">
              <w:rPr>
                <w:rFonts w:asciiTheme="majorBidi" w:hAnsiTheme="majorBidi" w:cstheme="majorBidi"/>
              </w:rPr>
              <w:lastRenderedPageBreak/>
              <w:t>Learning materials were useful.</w:t>
            </w:r>
          </w:p>
        </w:tc>
        <w:tc>
          <w:tcPr>
            <w:tcW w:w="1440" w:type="dxa"/>
          </w:tcPr>
          <w:p w14:paraId="4D6FFBD9" w14:textId="3A8F7E04" w:rsidR="007E1584" w:rsidRPr="00E3542B" w:rsidRDefault="00A949F2" w:rsidP="00A949F2">
            <w:pPr>
              <w:jc w:val="center"/>
              <w:rPr>
                <w:rFonts w:asciiTheme="majorBidi" w:hAnsiTheme="majorBidi" w:cstheme="majorBidi"/>
              </w:rPr>
            </w:pPr>
            <w:r w:rsidRPr="00A949F2">
              <w:rPr>
                <w:rFonts w:ascii="Segoe UI Symbol" w:hAnsi="Segoe UI Symbol" w:cs="Segoe UI Symbol"/>
              </w:rPr>
              <w:t>☑</w:t>
            </w:r>
          </w:p>
        </w:tc>
        <w:tc>
          <w:tcPr>
            <w:tcW w:w="1440" w:type="dxa"/>
          </w:tcPr>
          <w:p w14:paraId="5C1D97A3" w14:textId="77777777" w:rsidR="007E1584" w:rsidRPr="00E3542B" w:rsidRDefault="006F4E6D" w:rsidP="00560D2E">
            <w:pPr>
              <w:jc w:val="center"/>
              <w:rPr>
                <w:rFonts w:asciiTheme="majorBidi" w:hAnsiTheme="majorBidi" w:cstheme="majorBidi"/>
              </w:rPr>
            </w:pPr>
            <w:r w:rsidRPr="00E3542B">
              <w:rPr>
                <w:rFonts w:ascii="Segoe UI Symbol" w:hAnsi="Segoe UI Symbol" w:cs="Segoe UI Symbol"/>
              </w:rPr>
              <w:t>☐</w:t>
            </w:r>
          </w:p>
        </w:tc>
        <w:tc>
          <w:tcPr>
            <w:tcW w:w="1440" w:type="dxa"/>
          </w:tcPr>
          <w:p w14:paraId="764F1FF4" w14:textId="77777777" w:rsidR="007E1584" w:rsidRPr="00E3542B" w:rsidRDefault="006F4E6D" w:rsidP="00560D2E">
            <w:pPr>
              <w:jc w:val="center"/>
              <w:rPr>
                <w:rFonts w:asciiTheme="majorBidi" w:hAnsiTheme="majorBidi" w:cstheme="majorBidi"/>
              </w:rPr>
            </w:pPr>
            <w:r w:rsidRPr="00E3542B">
              <w:rPr>
                <w:rFonts w:ascii="Segoe UI Symbol" w:hAnsi="Segoe UI Symbol" w:cs="Segoe UI Symbol"/>
              </w:rPr>
              <w:t>☐</w:t>
            </w:r>
          </w:p>
        </w:tc>
        <w:tc>
          <w:tcPr>
            <w:tcW w:w="1440" w:type="dxa"/>
          </w:tcPr>
          <w:p w14:paraId="5489C861" w14:textId="77777777" w:rsidR="007E1584" w:rsidRPr="00E3542B" w:rsidRDefault="006F4E6D" w:rsidP="00560D2E">
            <w:pPr>
              <w:jc w:val="center"/>
              <w:rPr>
                <w:rFonts w:asciiTheme="majorBidi" w:hAnsiTheme="majorBidi" w:cstheme="majorBidi"/>
              </w:rPr>
            </w:pPr>
            <w:r w:rsidRPr="00E3542B">
              <w:rPr>
                <w:rFonts w:ascii="Segoe UI Symbol" w:hAnsi="Segoe UI Symbol" w:cs="Segoe UI Symbol"/>
              </w:rPr>
              <w:t>☐</w:t>
            </w:r>
          </w:p>
        </w:tc>
        <w:tc>
          <w:tcPr>
            <w:tcW w:w="1440" w:type="dxa"/>
          </w:tcPr>
          <w:p w14:paraId="44D90B14" w14:textId="77777777" w:rsidR="007E1584" w:rsidRPr="00E3542B" w:rsidRDefault="006F4E6D" w:rsidP="00560D2E">
            <w:pPr>
              <w:jc w:val="center"/>
              <w:rPr>
                <w:rFonts w:asciiTheme="majorBidi" w:hAnsiTheme="majorBidi" w:cstheme="majorBidi"/>
              </w:rPr>
            </w:pPr>
            <w:r w:rsidRPr="00E3542B">
              <w:rPr>
                <w:rFonts w:ascii="Segoe UI Symbol" w:hAnsi="Segoe UI Symbol" w:cs="Segoe UI Symbol"/>
              </w:rPr>
              <w:t>☐</w:t>
            </w:r>
          </w:p>
        </w:tc>
      </w:tr>
      <w:tr w:rsidR="007E1584" w:rsidRPr="00E3542B" w14:paraId="7E646FEE" w14:textId="77777777">
        <w:tc>
          <w:tcPr>
            <w:tcW w:w="1440" w:type="dxa"/>
          </w:tcPr>
          <w:p w14:paraId="49580394" w14:textId="77777777" w:rsidR="007E1584" w:rsidRPr="00E3542B" w:rsidRDefault="006F4E6D">
            <w:pPr>
              <w:rPr>
                <w:rFonts w:asciiTheme="majorBidi" w:hAnsiTheme="majorBidi" w:cstheme="majorBidi"/>
              </w:rPr>
            </w:pPr>
            <w:r w:rsidRPr="00E3542B">
              <w:rPr>
                <w:rFonts w:asciiTheme="majorBidi" w:hAnsiTheme="majorBidi" w:cstheme="majorBidi"/>
              </w:rPr>
              <w:t>Assessment methods reflected the course content.</w:t>
            </w:r>
          </w:p>
        </w:tc>
        <w:tc>
          <w:tcPr>
            <w:tcW w:w="1440" w:type="dxa"/>
          </w:tcPr>
          <w:p w14:paraId="508E12FD" w14:textId="0E614A3F" w:rsidR="007E1584" w:rsidRPr="00E3542B" w:rsidRDefault="00A949F2" w:rsidP="00A949F2">
            <w:pPr>
              <w:jc w:val="center"/>
              <w:rPr>
                <w:rFonts w:asciiTheme="majorBidi" w:hAnsiTheme="majorBidi" w:cstheme="majorBidi"/>
              </w:rPr>
            </w:pPr>
            <w:r w:rsidRPr="00A949F2">
              <w:rPr>
                <w:rFonts w:ascii="Segoe UI Symbol" w:hAnsi="Segoe UI Symbol" w:cs="Segoe UI Symbol"/>
              </w:rPr>
              <w:t>☑</w:t>
            </w:r>
          </w:p>
        </w:tc>
        <w:tc>
          <w:tcPr>
            <w:tcW w:w="1440" w:type="dxa"/>
          </w:tcPr>
          <w:p w14:paraId="757B6606" w14:textId="77777777" w:rsidR="007E1584" w:rsidRPr="00E3542B" w:rsidRDefault="006F4E6D" w:rsidP="00560D2E">
            <w:pPr>
              <w:jc w:val="center"/>
              <w:rPr>
                <w:rFonts w:asciiTheme="majorBidi" w:hAnsiTheme="majorBidi" w:cstheme="majorBidi"/>
              </w:rPr>
            </w:pPr>
            <w:r w:rsidRPr="00E3542B">
              <w:rPr>
                <w:rFonts w:ascii="Segoe UI Symbol" w:hAnsi="Segoe UI Symbol" w:cs="Segoe UI Symbol"/>
              </w:rPr>
              <w:t>☐</w:t>
            </w:r>
          </w:p>
        </w:tc>
        <w:tc>
          <w:tcPr>
            <w:tcW w:w="1440" w:type="dxa"/>
          </w:tcPr>
          <w:p w14:paraId="1A05E686" w14:textId="77777777" w:rsidR="007E1584" w:rsidRPr="00E3542B" w:rsidRDefault="006F4E6D" w:rsidP="00560D2E">
            <w:pPr>
              <w:jc w:val="center"/>
              <w:rPr>
                <w:rFonts w:asciiTheme="majorBidi" w:hAnsiTheme="majorBidi" w:cstheme="majorBidi"/>
              </w:rPr>
            </w:pPr>
            <w:r w:rsidRPr="00E3542B">
              <w:rPr>
                <w:rFonts w:ascii="Segoe UI Symbol" w:hAnsi="Segoe UI Symbol" w:cs="Segoe UI Symbol"/>
              </w:rPr>
              <w:t>☐</w:t>
            </w:r>
          </w:p>
        </w:tc>
        <w:tc>
          <w:tcPr>
            <w:tcW w:w="1440" w:type="dxa"/>
          </w:tcPr>
          <w:p w14:paraId="6F695D59" w14:textId="77777777" w:rsidR="007E1584" w:rsidRPr="00E3542B" w:rsidRDefault="006F4E6D" w:rsidP="00560D2E">
            <w:pPr>
              <w:jc w:val="center"/>
              <w:rPr>
                <w:rFonts w:asciiTheme="majorBidi" w:hAnsiTheme="majorBidi" w:cstheme="majorBidi"/>
              </w:rPr>
            </w:pPr>
            <w:r w:rsidRPr="00E3542B">
              <w:rPr>
                <w:rFonts w:ascii="Segoe UI Symbol" w:hAnsi="Segoe UI Symbol" w:cs="Segoe UI Symbol"/>
              </w:rPr>
              <w:t>☐</w:t>
            </w:r>
          </w:p>
        </w:tc>
        <w:tc>
          <w:tcPr>
            <w:tcW w:w="1440" w:type="dxa"/>
          </w:tcPr>
          <w:p w14:paraId="382F01CA" w14:textId="77777777" w:rsidR="007E1584" w:rsidRPr="00E3542B" w:rsidRDefault="006F4E6D" w:rsidP="00560D2E">
            <w:pPr>
              <w:jc w:val="center"/>
              <w:rPr>
                <w:rFonts w:asciiTheme="majorBidi" w:hAnsiTheme="majorBidi" w:cstheme="majorBidi"/>
              </w:rPr>
            </w:pPr>
            <w:r w:rsidRPr="00E3542B">
              <w:rPr>
                <w:rFonts w:ascii="Segoe UI Symbol" w:hAnsi="Segoe UI Symbol" w:cs="Segoe UI Symbol"/>
              </w:rPr>
              <w:t>☐</w:t>
            </w:r>
          </w:p>
        </w:tc>
      </w:tr>
      <w:tr w:rsidR="007E1584" w:rsidRPr="00E3542B" w14:paraId="79668ADF" w14:textId="77777777">
        <w:tc>
          <w:tcPr>
            <w:tcW w:w="1440" w:type="dxa"/>
          </w:tcPr>
          <w:p w14:paraId="6E26FD96" w14:textId="77777777" w:rsidR="007E1584" w:rsidRPr="00E3542B" w:rsidRDefault="006F4E6D">
            <w:pPr>
              <w:rPr>
                <w:rFonts w:asciiTheme="majorBidi" w:hAnsiTheme="majorBidi" w:cstheme="majorBidi"/>
              </w:rPr>
            </w:pPr>
            <w:r w:rsidRPr="00E3542B">
              <w:rPr>
                <w:rFonts w:asciiTheme="majorBidi" w:hAnsiTheme="majorBidi" w:cstheme="majorBidi"/>
              </w:rPr>
              <w:t>Feedback on assessments was useful.</w:t>
            </w:r>
          </w:p>
        </w:tc>
        <w:tc>
          <w:tcPr>
            <w:tcW w:w="1440" w:type="dxa"/>
          </w:tcPr>
          <w:p w14:paraId="68DB54B5" w14:textId="77777777" w:rsidR="007E1584" w:rsidRPr="00E3542B" w:rsidRDefault="006F4E6D" w:rsidP="00560D2E">
            <w:pPr>
              <w:jc w:val="center"/>
              <w:rPr>
                <w:rFonts w:asciiTheme="majorBidi" w:hAnsiTheme="majorBidi" w:cstheme="majorBidi"/>
              </w:rPr>
            </w:pPr>
            <w:r w:rsidRPr="00E3542B">
              <w:rPr>
                <w:rFonts w:ascii="Segoe UI Symbol" w:hAnsi="Segoe UI Symbol" w:cs="Segoe UI Symbol"/>
              </w:rPr>
              <w:t>☐</w:t>
            </w:r>
          </w:p>
        </w:tc>
        <w:tc>
          <w:tcPr>
            <w:tcW w:w="1440" w:type="dxa"/>
          </w:tcPr>
          <w:p w14:paraId="414D8F47" w14:textId="77777777" w:rsidR="007E1584" w:rsidRPr="00E3542B" w:rsidRDefault="006F4E6D" w:rsidP="00560D2E">
            <w:pPr>
              <w:jc w:val="center"/>
              <w:rPr>
                <w:rFonts w:asciiTheme="majorBidi" w:hAnsiTheme="majorBidi" w:cstheme="majorBidi"/>
              </w:rPr>
            </w:pPr>
            <w:r w:rsidRPr="00E3542B">
              <w:rPr>
                <w:rFonts w:ascii="Segoe UI Symbol" w:hAnsi="Segoe UI Symbol" w:cs="Segoe UI Symbol"/>
              </w:rPr>
              <w:t>☐</w:t>
            </w:r>
          </w:p>
        </w:tc>
        <w:tc>
          <w:tcPr>
            <w:tcW w:w="1440" w:type="dxa"/>
          </w:tcPr>
          <w:p w14:paraId="577E635E" w14:textId="1B338C50" w:rsidR="007E1584" w:rsidRPr="00E3542B" w:rsidRDefault="00A949F2" w:rsidP="00A949F2">
            <w:pPr>
              <w:jc w:val="center"/>
              <w:rPr>
                <w:rFonts w:asciiTheme="majorBidi" w:hAnsiTheme="majorBidi" w:cstheme="majorBidi"/>
              </w:rPr>
            </w:pPr>
            <w:r w:rsidRPr="00A949F2">
              <w:rPr>
                <w:rFonts w:ascii="Segoe UI Symbol" w:hAnsi="Segoe UI Symbol" w:cs="Segoe UI Symbol"/>
              </w:rPr>
              <w:t>☑</w:t>
            </w:r>
          </w:p>
        </w:tc>
        <w:tc>
          <w:tcPr>
            <w:tcW w:w="1440" w:type="dxa"/>
          </w:tcPr>
          <w:p w14:paraId="26B6FF6A" w14:textId="77777777" w:rsidR="007E1584" w:rsidRPr="00E3542B" w:rsidRDefault="006F4E6D" w:rsidP="00560D2E">
            <w:pPr>
              <w:jc w:val="center"/>
              <w:rPr>
                <w:rFonts w:asciiTheme="majorBidi" w:hAnsiTheme="majorBidi" w:cstheme="majorBidi"/>
              </w:rPr>
            </w:pPr>
            <w:r w:rsidRPr="00E3542B">
              <w:rPr>
                <w:rFonts w:ascii="Segoe UI Symbol" w:hAnsi="Segoe UI Symbol" w:cs="Segoe UI Symbol"/>
              </w:rPr>
              <w:t>☐</w:t>
            </w:r>
          </w:p>
        </w:tc>
        <w:tc>
          <w:tcPr>
            <w:tcW w:w="1440" w:type="dxa"/>
          </w:tcPr>
          <w:p w14:paraId="55715F6C" w14:textId="77777777" w:rsidR="007E1584" w:rsidRPr="00E3542B" w:rsidRDefault="006F4E6D" w:rsidP="00560D2E">
            <w:pPr>
              <w:jc w:val="center"/>
              <w:rPr>
                <w:rFonts w:asciiTheme="majorBidi" w:hAnsiTheme="majorBidi" w:cstheme="majorBidi"/>
              </w:rPr>
            </w:pPr>
            <w:r w:rsidRPr="00E3542B">
              <w:rPr>
                <w:rFonts w:ascii="Segoe UI Symbol" w:hAnsi="Segoe UI Symbol" w:cs="Segoe UI Symbol"/>
              </w:rPr>
              <w:t>☐</w:t>
            </w:r>
          </w:p>
        </w:tc>
      </w:tr>
      <w:tr w:rsidR="007E1584" w:rsidRPr="00E3542B" w14:paraId="4C12EA28" w14:textId="77777777">
        <w:tc>
          <w:tcPr>
            <w:tcW w:w="1440" w:type="dxa"/>
          </w:tcPr>
          <w:p w14:paraId="6DEA88A4" w14:textId="77777777" w:rsidR="007E1584" w:rsidRPr="00E3542B" w:rsidRDefault="006F4E6D">
            <w:pPr>
              <w:rPr>
                <w:rFonts w:asciiTheme="majorBidi" w:hAnsiTheme="majorBidi" w:cstheme="majorBidi"/>
              </w:rPr>
            </w:pPr>
            <w:r w:rsidRPr="00E3542B">
              <w:rPr>
                <w:rFonts w:asciiTheme="majorBidi" w:hAnsiTheme="majorBidi" w:cstheme="majorBidi"/>
              </w:rPr>
              <w:t>The workload was appropriate.</w:t>
            </w:r>
          </w:p>
        </w:tc>
        <w:tc>
          <w:tcPr>
            <w:tcW w:w="1440" w:type="dxa"/>
          </w:tcPr>
          <w:p w14:paraId="5988F0B1" w14:textId="77777777" w:rsidR="007E1584" w:rsidRPr="00E3542B" w:rsidRDefault="006F4E6D" w:rsidP="00560D2E">
            <w:pPr>
              <w:jc w:val="center"/>
              <w:rPr>
                <w:rFonts w:asciiTheme="majorBidi" w:hAnsiTheme="majorBidi" w:cstheme="majorBidi"/>
              </w:rPr>
            </w:pPr>
            <w:r w:rsidRPr="00E3542B">
              <w:rPr>
                <w:rFonts w:ascii="Segoe UI Symbol" w:hAnsi="Segoe UI Symbol" w:cs="Segoe UI Symbol"/>
              </w:rPr>
              <w:t>☐</w:t>
            </w:r>
          </w:p>
        </w:tc>
        <w:tc>
          <w:tcPr>
            <w:tcW w:w="1440" w:type="dxa"/>
          </w:tcPr>
          <w:p w14:paraId="75868C8A" w14:textId="718888A4" w:rsidR="007E1584" w:rsidRPr="00E3542B" w:rsidRDefault="00A949F2" w:rsidP="00A949F2">
            <w:pPr>
              <w:jc w:val="center"/>
              <w:rPr>
                <w:rFonts w:asciiTheme="majorBidi" w:hAnsiTheme="majorBidi" w:cstheme="majorBidi"/>
              </w:rPr>
            </w:pPr>
            <w:r w:rsidRPr="00A949F2">
              <w:rPr>
                <w:rFonts w:ascii="Segoe UI Symbol" w:hAnsi="Segoe UI Symbol" w:cs="Segoe UI Symbol"/>
              </w:rPr>
              <w:t>☑</w:t>
            </w:r>
          </w:p>
        </w:tc>
        <w:tc>
          <w:tcPr>
            <w:tcW w:w="1440" w:type="dxa"/>
          </w:tcPr>
          <w:p w14:paraId="45CA8CF5" w14:textId="77777777" w:rsidR="007E1584" w:rsidRPr="00E3542B" w:rsidRDefault="006F4E6D" w:rsidP="00560D2E">
            <w:pPr>
              <w:jc w:val="center"/>
              <w:rPr>
                <w:rFonts w:asciiTheme="majorBidi" w:hAnsiTheme="majorBidi" w:cstheme="majorBidi"/>
              </w:rPr>
            </w:pPr>
            <w:r w:rsidRPr="00E3542B">
              <w:rPr>
                <w:rFonts w:ascii="Segoe UI Symbol" w:hAnsi="Segoe UI Symbol" w:cs="Segoe UI Symbol"/>
              </w:rPr>
              <w:t>☐</w:t>
            </w:r>
          </w:p>
        </w:tc>
        <w:tc>
          <w:tcPr>
            <w:tcW w:w="1440" w:type="dxa"/>
          </w:tcPr>
          <w:p w14:paraId="068E728B" w14:textId="77777777" w:rsidR="007E1584" w:rsidRPr="00E3542B" w:rsidRDefault="006F4E6D" w:rsidP="00560D2E">
            <w:pPr>
              <w:jc w:val="center"/>
              <w:rPr>
                <w:rFonts w:asciiTheme="majorBidi" w:hAnsiTheme="majorBidi" w:cstheme="majorBidi"/>
              </w:rPr>
            </w:pPr>
            <w:r w:rsidRPr="00E3542B">
              <w:rPr>
                <w:rFonts w:ascii="Segoe UI Symbol" w:hAnsi="Segoe UI Symbol" w:cs="Segoe UI Symbol"/>
              </w:rPr>
              <w:t>☐</w:t>
            </w:r>
          </w:p>
        </w:tc>
        <w:tc>
          <w:tcPr>
            <w:tcW w:w="1440" w:type="dxa"/>
          </w:tcPr>
          <w:p w14:paraId="21CCE250" w14:textId="77777777" w:rsidR="007E1584" w:rsidRPr="00E3542B" w:rsidRDefault="006F4E6D" w:rsidP="00560D2E">
            <w:pPr>
              <w:jc w:val="center"/>
              <w:rPr>
                <w:rFonts w:asciiTheme="majorBidi" w:hAnsiTheme="majorBidi" w:cstheme="majorBidi"/>
              </w:rPr>
            </w:pPr>
            <w:r w:rsidRPr="00E3542B">
              <w:rPr>
                <w:rFonts w:ascii="Segoe UI Symbol" w:hAnsi="Segoe UI Symbol" w:cs="Segoe UI Symbol"/>
              </w:rPr>
              <w:t>☐</w:t>
            </w:r>
          </w:p>
        </w:tc>
      </w:tr>
      <w:tr w:rsidR="007E1584" w:rsidRPr="00E3542B" w14:paraId="7ED26E46" w14:textId="77777777">
        <w:tc>
          <w:tcPr>
            <w:tcW w:w="1440" w:type="dxa"/>
          </w:tcPr>
          <w:p w14:paraId="0CADEB3C" w14:textId="77777777" w:rsidR="007E1584" w:rsidRPr="00E3542B" w:rsidRDefault="006F4E6D">
            <w:pPr>
              <w:rPr>
                <w:rFonts w:asciiTheme="majorBidi" w:hAnsiTheme="majorBidi" w:cstheme="majorBidi"/>
              </w:rPr>
            </w:pPr>
            <w:r w:rsidRPr="00E3542B">
              <w:rPr>
                <w:rFonts w:asciiTheme="majorBidi" w:hAnsiTheme="majorBidi" w:cstheme="majorBidi"/>
              </w:rPr>
              <w:t>The pace of the course was appropriate.</w:t>
            </w:r>
          </w:p>
        </w:tc>
        <w:tc>
          <w:tcPr>
            <w:tcW w:w="1440" w:type="dxa"/>
          </w:tcPr>
          <w:p w14:paraId="07260317" w14:textId="77777777" w:rsidR="007E1584" w:rsidRPr="00E3542B" w:rsidRDefault="006F4E6D" w:rsidP="00560D2E">
            <w:pPr>
              <w:jc w:val="center"/>
              <w:rPr>
                <w:rFonts w:asciiTheme="majorBidi" w:hAnsiTheme="majorBidi" w:cstheme="majorBidi"/>
              </w:rPr>
            </w:pPr>
            <w:r w:rsidRPr="00E3542B">
              <w:rPr>
                <w:rFonts w:ascii="Segoe UI Symbol" w:hAnsi="Segoe UI Symbol" w:cs="Segoe UI Symbol"/>
              </w:rPr>
              <w:t>☐</w:t>
            </w:r>
          </w:p>
        </w:tc>
        <w:tc>
          <w:tcPr>
            <w:tcW w:w="1440" w:type="dxa"/>
          </w:tcPr>
          <w:p w14:paraId="585135DD" w14:textId="1395E5DC" w:rsidR="007E1584" w:rsidRPr="00E3542B" w:rsidRDefault="00A949F2" w:rsidP="00A949F2">
            <w:pPr>
              <w:jc w:val="center"/>
              <w:rPr>
                <w:rFonts w:asciiTheme="majorBidi" w:hAnsiTheme="majorBidi" w:cstheme="majorBidi"/>
              </w:rPr>
            </w:pPr>
            <w:r w:rsidRPr="00A949F2">
              <w:rPr>
                <w:rFonts w:ascii="Segoe UI Symbol" w:hAnsi="Segoe UI Symbol" w:cs="Segoe UI Symbol"/>
              </w:rPr>
              <w:t>☑</w:t>
            </w:r>
          </w:p>
        </w:tc>
        <w:tc>
          <w:tcPr>
            <w:tcW w:w="1440" w:type="dxa"/>
          </w:tcPr>
          <w:p w14:paraId="3E8C3514" w14:textId="77777777" w:rsidR="007E1584" w:rsidRPr="00E3542B" w:rsidRDefault="006F4E6D" w:rsidP="00560D2E">
            <w:pPr>
              <w:jc w:val="center"/>
              <w:rPr>
                <w:rFonts w:asciiTheme="majorBidi" w:hAnsiTheme="majorBidi" w:cstheme="majorBidi"/>
              </w:rPr>
            </w:pPr>
            <w:r w:rsidRPr="00E3542B">
              <w:rPr>
                <w:rFonts w:ascii="Segoe UI Symbol" w:hAnsi="Segoe UI Symbol" w:cs="Segoe UI Symbol"/>
              </w:rPr>
              <w:t>☐</w:t>
            </w:r>
          </w:p>
        </w:tc>
        <w:tc>
          <w:tcPr>
            <w:tcW w:w="1440" w:type="dxa"/>
          </w:tcPr>
          <w:p w14:paraId="23DD1948" w14:textId="77777777" w:rsidR="007E1584" w:rsidRPr="00E3542B" w:rsidRDefault="006F4E6D" w:rsidP="00560D2E">
            <w:pPr>
              <w:jc w:val="center"/>
              <w:rPr>
                <w:rFonts w:asciiTheme="majorBidi" w:hAnsiTheme="majorBidi" w:cstheme="majorBidi"/>
              </w:rPr>
            </w:pPr>
            <w:r w:rsidRPr="00E3542B">
              <w:rPr>
                <w:rFonts w:ascii="Segoe UI Symbol" w:hAnsi="Segoe UI Symbol" w:cs="Segoe UI Symbol"/>
              </w:rPr>
              <w:t>☐</w:t>
            </w:r>
          </w:p>
        </w:tc>
        <w:tc>
          <w:tcPr>
            <w:tcW w:w="1440" w:type="dxa"/>
          </w:tcPr>
          <w:p w14:paraId="741FB0E6" w14:textId="77777777" w:rsidR="007E1584" w:rsidRPr="00E3542B" w:rsidRDefault="006F4E6D" w:rsidP="00560D2E">
            <w:pPr>
              <w:jc w:val="center"/>
              <w:rPr>
                <w:rFonts w:asciiTheme="majorBidi" w:hAnsiTheme="majorBidi" w:cstheme="majorBidi"/>
              </w:rPr>
            </w:pPr>
            <w:r w:rsidRPr="00E3542B">
              <w:rPr>
                <w:rFonts w:ascii="Segoe UI Symbol" w:hAnsi="Segoe UI Symbol" w:cs="Segoe UI Symbol"/>
              </w:rPr>
              <w:t>☐</w:t>
            </w:r>
          </w:p>
        </w:tc>
      </w:tr>
      <w:tr w:rsidR="007E1584" w:rsidRPr="00E3542B" w14:paraId="69B3B640" w14:textId="77777777">
        <w:tc>
          <w:tcPr>
            <w:tcW w:w="1440" w:type="dxa"/>
          </w:tcPr>
          <w:p w14:paraId="69DD640B" w14:textId="77777777" w:rsidR="007E1584" w:rsidRPr="00E3542B" w:rsidRDefault="006F4E6D">
            <w:pPr>
              <w:rPr>
                <w:rFonts w:asciiTheme="majorBidi" w:hAnsiTheme="majorBidi" w:cstheme="majorBidi"/>
              </w:rPr>
            </w:pPr>
            <w:r w:rsidRPr="00E3542B">
              <w:rPr>
                <w:rFonts w:asciiTheme="majorBidi" w:hAnsiTheme="majorBidi" w:cstheme="majorBidi"/>
              </w:rPr>
              <w:t>The course developed my critical thinking.</w:t>
            </w:r>
          </w:p>
        </w:tc>
        <w:tc>
          <w:tcPr>
            <w:tcW w:w="1440" w:type="dxa"/>
          </w:tcPr>
          <w:p w14:paraId="6D53FA7F" w14:textId="7C483D1A" w:rsidR="007E1584" w:rsidRPr="00E3542B" w:rsidRDefault="00A949F2" w:rsidP="00A949F2">
            <w:pPr>
              <w:jc w:val="center"/>
              <w:rPr>
                <w:rFonts w:asciiTheme="majorBidi" w:hAnsiTheme="majorBidi" w:cstheme="majorBidi"/>
              </w:rPr>
            </w:pPr>
            <w:r w:rsidRPr="00A949F2">
              <w:rPr>
                <w:rFonts w:ascii="Segoe UI Symbol" w:hAnsi="Segoe UI Symbol" w:cs="Segoe UI Symbol"/>
              </w:rPr>
              <w:t>☑</w:t>
            </w:r>
          </w:p>
        </w:tc>
        <w:tc>
          <w:tcPr>
            <w:tcW w:w="1440" w:type="dxa"/>
          </w:tcPr>
          <w:p w14:paraId="49BDC7AE" w14:textId="77777777" w:rsidR="007E1584" w:rsidRPr="00E3542B" w:rsidRDefault="006F4E6D" w:rsidP="00560D2E">
            <w:pPr>
              <w:jc w:val="center"/>
              <w:rPr>
                <w:rFonts w:asciiTheme="majorBidi" w:hAnsiTheme="majorBidi" w:cstheme="majorBidi"/>
              </w:rPr>
            </w:pPr>
            <w:r w:rsidRPr="00E3542B">
              <w:rPr>
                <w:rFonts w:ascii="Segoe UI Symbol" w:hAnsi="Segoe UI Symbol" w:cs="Segoe UI Symbol"/>
              </w:rPr>
              <w:t>☐</w:t>
            </w:r>
          </w:p>
        </w:tc>
        <w:tc>
          <w:tcPr>
            <w:tcW w:w="1440" w:type="dxa"/>
          </w:tcPr>
          <w:p w14:paraId="10A24DA2" w14:textId="77777777" w:rsidR="007E1584" w:rsidRPr="00E3542B" w:rsidRDefault="006F4E6D" w:rsidP="00560D2E">
            <w:pPr>
              <w:jc w:val="center"/>
              <w:rPr>
                <w:rFonts w:asciiTheme="majorBidi" w:hAnsiTheme="majorBidi" w:cstheme="majorBidi"/>
              </w:rPr>
            </w:pPr>
            <w:r w:rsidRPr="00E3542B">
              <w:rPr>
                <w:rFonts w:ascii="Segoe UI Symbol" w:hAnsi="Segoe UI Symbol" w:cs="Segoe UI Symbol"/>
              </w:rPr>
              <w:t>☐</w:t>
            </w:r>
          </w:p>
        </w:tc>
        <w:tc>
          <w:tcPr>
            <w:tcW w:w="1440" w:type="dxa"/>
          </w:tcPr>
          <w:p w14:paraId="3D88F726" w14:textId="77777777" w:rsidR="007E1584" w:rsidRPr="00E3542B" w:rsidRDefault="006F4E6D" w:rsidP="00560D2E">
            <w:pPr>
              <w:jc w:val="center"/>
              <w:rPr>
                <w:rFonts w:asciiTheme="majorBidi" w:hAnsiTheme="majorBidi" w:cstheme="majorBidi"/>
              </w:rPr>
            </w:pPr>
            <w:r w:rsidRPr="00E3542B">
              <w:rPr>
                <w:rFonts w:ascii="Segoe UI Symbol" w:hAnsi="Segoe UI Symbol" w:cs="Segoe UI Symbol"/>
              </w:rPr>
              <w:t>☐</w:t>
            </w:r>
          </w:p>
        </w:tc>
        <w:tc>
          <w:tcPr>
            <w:tcW w:w="1440" w:type="dxa"/>
          </w:tcPr>
          <w:p w14:paraId="4A7E4897" w14:textId="77777777" w:rsidR="007E1584" w:rsidRPr="00E3542B" w:rsidRDefault="006F4E6D" w:rsidP="00560D2E">
            <w:pPr>
              <w:jc w:val="center"/>
              <w:rPr>
                <w:rFonts w:asciiTheme="majorBidi" w:hAnsiTheme="majorBidi" w:cstheme="majorBidi"/>
              </w:rPr>
            </w:pPr>
            <w:r w:rsidRPr="00E3542B">
              <w:rPr>
                <w:rFonts w:ascii="Segoe UI Symbol" w:hAnsi="Segoe UI Symbol" w:cs="Segoe UI Symbol"/>
              </w:rPr>
              <w:t>☐</w:t>
            </w:r>
          </w:p>
        </w:tc>
      </w:tr>
      <w:tr w:rsidR="007E1584" w:rsidRPr="00E3542B" w14:paraId="56DCC0F0" w14:textId="77777777">
        <w:tc>
          <w:tcPr>
            <w:tcW w:w="1440" w:type="dxa"/>
          </w:tcPr>
          <w:p w14:paraId="2E639695" w14:textId="77777777" w:rsidR="007E1584" w:rsidRPr="00E3542B" w:rsidRDefault="006F4E6D">
            <w:pPr>
              <w:rPr>
                <w:rFonts w:asciiTheme="majorBidi" w:hAnsiTheme="majorBidi" w:cstheme="majorBidi"/>
              </w:rPr>
            </w:pPr>
            <w:r w:rsidRPr="00E3542B">
              <w:rPr>
                <w:rFonts w:asciiTheme="majorBidi" w:hAnsiTheme="majorBidi" w:cstheme="majorBidi"/>
              </w:rPr>
              <w:t>The course improved my knowledge.</w:t>
            </w:r>
          </w:p>
        </w:tc>
        <w:tc>
          <w:tcPr>
            <w:tcW w:w="1440" w:type="dxa"/>
          </w:tcPr>
          <w:p w14:paraId="3D94AA18" w14:textId="171EB555" w:rsidR="007E1584" w:rsidRPr="00E3542B" w:rsidRDefault="00A949F2" w:rsidP="00A949F2">
            <w:pPr>
              <w:jc w:val="center"/>
              <w:rPr>
                <w:rFonts w:asciiTheme="majorBidi" w:hAnsiTheme="majorBidi" w:cstheme="majorBidi"/>
              </w:rPr>
            </w:pPr>
            <w:r w:rsidRPr="00A949F2">
              <w:rPr>
                <w:rFonts w:ascii="Segoe UI Symbol" w:hAnsi="Segoe UI Symbol" w:cs="Segoe UI Symbol"/>
              </w:rPr>
              <w:t>☑</w:t>
            </w:r>
          </w:p>
        </w:tc>
        <w:tc>
          <w:tcPr>
            <w:tcW w:w="1440" w:type="dxa"/>
          </w:tcPr>
          <w:p w14:paraId="0B4E3E01" w14:textId="77777777" w:rsidR="007E1584" w:rsidRPr="00E3542B" w:rsidRDefault="006F4E6D" w:rsidP="00560D2E">
            <w:pPr>
              <w:jc w:val="center"/>
              <w:rPr>
                <w:rFonts w:asciiTheme="majorBidi" w:hAnsiTheme="majorBidi" w:cstheme="majorBidi"/>
              </w:rPr>
            </w:pPr>
            <w:r w:rsidRPr="00E3542B">
              <w:rPr>
                <w:rFonts w:ascii="Segoe UI Symbol" w:hAnsi="Segoe UI Symbol" w:cs="Segoe UI Symbol"/>
              </w:rPr>
              <w:t>☐</w:t>
            </w:r>
          </w:p>
        </w:tc>
        <w:tc>
          <w:tcPr>
            <w:tcW w:w="1440" w:type="dxa"/>
          </w:tcPr>
          <w:p w14:paraId="53AD5353" w14:textId="77777777" w:rsidR="007E1584" w:rsidRPr="00E3542B" w:rsidRDefault="006F4E6D" w:rsidP="00560D2E">
            <w:pPr>
              <w:jc w:val="center"/>
              <w:rPr>
                <w:rFonts w:asciiTheme="majorBidi" w:hAnsiTheme="majorBidi" w:cstheme="majorBidi"/>
              </w:rPr>
            </w:pPr>
            <w:r w:rsidRPr="00E3542B">
              <w:rPr>
                <w:rFonts w:ascii="Segoe UI Symbol" w:hAnsi="Segoe UI Symbol" w:cs="Segoe UI Symbol"/>
              </w:rPr>
              <w:t>☐</w:t>
            </w:r>
          </w:p>
        </w:tc>
        <w:tc>
          <w:tcPr>
            <w:tcW w:w="1440" w:type="dxa"/>
          </w:tcPr>
          <w:p w14:paraId="3B628260" w14:textId="77777777" w:rsidR="007E1584" w:rsidRPr="00E3542B" w:rsidRDefault="006F4E6D" w:rsidP="00560D2E">
            <w:pPr>
              <w:jc w:val="center"/>
              <w:rPr>
                <w:rFonts w:asciiTheme="majorBidi" w:hAnsiTheme="majorBidi" w:cstheme="majorBidi"/>
              </w:rPr>
            </w:pPr>
            <w:r w:rsidRPr="00E3542B">
              <w:rPr>
                <w:rFonts w:ascii="Segoe UI Symbol" w:hAnsi="Segoe UI Symbol" w:cs="Segoe UI Symbol"/>
              </w:rPr>
              <w:t>☐</w:t>
            </w:r>
          </w:p>
        </w:tc>
        <w:tc>
          <w:tcPr>
            <w:tcW w:w="1440" w:type="dxa"/>
          </w:tcPr>
          <w:p w14:paraId="4D3073F1" w14:textId="77777777" w:rsidR="007E1584" w:rsidRPr="00E3542B" w:rsidRDefault="006F4E6D" w:rsidP="00560D2E">
            <w:pPr>
              <w:jc w:val="center"/>
              <w:rPr>
                <w:rFonts w:asciiTheme="majorBidi" w:hAnsiTheme="majorBidi" w:cstheme="majorBidi"/>
              </w:rPr>
            </w:pPr>
            <w:r w:rsidRPr="00E3542B">
              <w:rPr>
                <w:rFonts w:ascii="Segoe UI Symbol" w:hAnsi="Segoe UI Symbol" w:cs="Segoe UI Symbol"/>
              </w:rPr>
              <w:t>☐</w:t>
            </w:r>
          </w:p>
        </w:tc>
      </w:tr>
      <w:tr w:rsidR="007E1584" w:rsidRPr="00E3542B" w14:paraId="4D82765D" w14:textId="77777777">
        <w:tc>
          <w:tcPr>
            <w:tcW w:w="1440" w:type="dxa"/>
          </w:tcPr>
          <w:p w14:paraId="6DE28F9A" w14:textId="77777777" w:rsidR="007E1584" w:rsidRPr="00E3542B" w:rsidRDefault="006F4E6D">
            <w:pPr>
              <w:rPr>
                <w:rFonts w:asciiTheme="majorBidi" w:hAnsiTheme="majorBidi" w:cstheme="majorBidi"/>
              </w:rPr>
            </w:pPr>
            <w:r w:rsidRPr="00E3542B">
              <w:rPr>
                <w:rFonts w:asciiTheme="majorBidi" w:hAnsiTheme="majorBidi" w:cstheme="majorBidi"/>
              </w:rPr>
              <w:t>Overall, I am satisfied with this course.</w:t>
            </w:r>
          </w:p>
        </w:tc>
        <w:tc>
          <w:tcPr>
            <w:tcW w:w="1440" w:type="dxa"/>
          </w:tcPr>
          <w:p w14:paraId="27ABEDAC" w14:textId="186EE110" w:rsidR="007E1584" w:rsidRPr="00E3542B" w:rsidRDefault="00A949F2" w:rsidP="00A949F2">
            <w:pPr>
              <w:jc w:val="center"/>
              <w:rPr>
                <w:rFonts w:asciiTheme="majorBidi" w:hAnsiTheme="majorBidi" w:cstheme="majorBidi"/>
              </w:rPr>
            </w:pPr>
            <w:r w:rsidRPr="00A949F2">
              <w:rPr>
                <w:rFonts w:ascii="Segoe UI Symbol" w:hAnsi="Segoe UI Symbol" w:cs="Segoe UI Symbol"/>
              </w:rPr>
              <w:t>☑</w:t>
            </w:r>
          </w:p>
        </w:tc>
        <w:tc>
          <w:tcPr>
            <w:tcW w:w="1440" w:type="dxa"/>
          </w:tcPr>
          <w:p w14:paraId="09C9BA87" w14:textId="77777777" w:rsidR="007E1584" w:rsidRPr="00E3542B" w:rsidRDefault="006F4E6D" w:rsidP="00560D2E">
            <w:pPr>
              <w:jc w:val="center"/>
              <w:rPr>
                <w:rFonts w:asciiTheme="majorBidi" w:hAnsiTheme="majorBidi" w:cstheme="majorBidi"/>
              </w:rPr>
            </w:pPr>
            <w:r w:rsidRPr="00E3542B">
              <w:rPr>
                <w:rFonts w:ascii="Segoe UI Symbol" w:hAnsi="Segoe UI Symbol" w:cs="Segoe UI Symbol"/>
              </w:rPr>
              <w:t>☐</w:t>
            </w:r>
          </w:p>
        </w:tc>
        <w:tc>
          <w:tcPr>
            <w:tcW w:w="1440" w:type="dxa"/>
          </w:tcPr>
          <w:p w14:paraId="1B0574C2" w14:textId="77777777" w:rsidR="007E1584" w:rsidRPr="00E3542B" w:rsidRDefault="006F4E6D" w:rsidP="00560D2E">
            <w:pPr>
              <w:jc w:val="center"/>
              <w:rPr>
                <w:rFonts w:asciiTheme="majorBidi" w:hAnsiTheme="majorBidi" w:cstheme="majorBidi"/>
              </w:rPr>
            </w:pPr>
            <w:r w:rsidRPr="00E3542B">
              <w:rPr>
                <w:rFonts w:ascii="Segoe UI Symbol" w:hAnsi="Segoe UI Symbol" w:cs="Segoe UI Symbol"/>
              </w:rPr>
              <w:t>☐</w:t>
            </w:r>
          </w:p>
        </w:tc>
        <w:tc>
          <w:tcPr>
            <w:tcW w:w="1440" w:type="dxa"/>
          </w:tcPr>
          <w:p w14:paraId="3B5CF44B" w14:textId="77777777" w:rsidR="007E1584" w:rsidRPr="00E3542B" w:rsidRDefault="006F4E6D" w:rsidP="00560D2E">
            <w:pPr>
              <w:jc w:val="center"/>
              <w:rPr>
                <w:rFonts w:asciiTheme="majorBidi" w:hAnsiTheme="majorBidi" w:cstheme="majorBidi"/>
              </w:rPr>
            </w:pPr>
            <w:r w:rsidRPr="00E3542B">
              <w:rPr>
                <w:rFonts w:ascii="Segoe UI Symbol" w:hAnsi="Segoe UI Symbol" w:cs="Segoe UI Symbol"/>
              </w:rPr>
              <w:t>☐</w:t>
            </w:r>
          </w:p>
        </w:tc>
        <w:tc>
          <w:tcPr>
            <w:tcW w:w="1440" w:type="dxa"/>
          </w:tcPr>
          <w:p w14:paraId="7814B576" w14:textId="77777777" w:rsidR="007E1584" w:rsidRPr="00E3542B" w:rsidRDefault="006F4E6D" w:rsidP="00560D2E">
            <w:pPr>
              <w:jc w:val="center"/>
              <w:rPr>
                <w:rFonts w:asciiTheme="majorBidi" w:hAnsiTheme="majorBidi" w:cstheme="majorBidi"/>
              </w:rPr>
            </w:pPr>
            <w:r w:rsidRPr="00E3542B">
              <w:rPr>
                <w:rFonts w:ascii="Segoe UI Symbol" w:hAnsi="Segoe UI Symbol" w:cs="Segoe UI Symbol"/>
              </w:rPr>
              <w:t>☐</w:t>
            </w:r>
          </w:p>
        </w:tc>
      </w:tr>
    </w:tbl>
    <w:p w14:paraId="2103A96D" w14:textId="77777777" w:rsidR="007E1584" w:rsidRPr="00E3542B" w:rsidRDefault="007E1584">
      <w:pPr>
        <w:rPr>
          <w:rFonts w:asciiTheme="majorBidi" w:hAnsiTheme="majorBidi" w:cstheme="majorBidi"/>
        </w:rPr>
      </w:pPr>
    </w:p>
    <w:tbl>
      <w:tblPr>
        <w:tblStyle w:val="Grilledutableau"/>
        <w:tblW w:w="0" w:type="auto"/>
        <w:tblLook w:val="04A0" w:firstRow="1" w:lastRow="0" w:firstColumn="1" w:lastColumn="0" w:noHBand="0" w:noVBand="1"/>
      </w:tblPr>
      <w:tblGrid>
        <w:gridCol w:w="4314"/>
        <w:gridCol w:w="4316"/>
      </w:tblGrid>
      <w:tr w:rsidR="007E1584" w:rsidRPr="00E3542B" w14:paraId="4E3C0697" w14:textId="77777777">
        <w:tc>
          <w:tcPr>
            <w:tcW w:w="4320" w:type="dxa"/>
          </w:tcPr>
          <w:p w14:paraId="248773B2" w14:textId="77777777" w:rsidR="007E1584" w:rsidRPr="00E3542B" w:rsidRDefault="006F4E6D">
            <w:pPr>
              <w:rPr>
                <w:rFonts w:asciiTheme="majorBidi" w:hAnsiTheme="majorBidi" w:cstheme="majorBidi"/>
              </w:rPr>
            </w:pPr>
            <w:r w:rsidRPr="00E3542B">
              <w:rPr>
                <w:rFonts w:asciiTheme="majorBidi" w:hAnsiTheme="majorBidi" w:cstheme="majorBidi"/>
              </w:rPr>
              <w:t>Open-ended Question</w:t>
            </w:r>
          </w:p>
        </w:tc>
        <w:tc>
          <w:tcPr>
            <w:tcW w:w="4320" w:type="dxa"/>
          </w:tcPr>
          <w:p w14:paraId="7B6E36DF" w14:textId="77777777" w:rsidR="007E1584" w:rsidRPr="00E3542B" w:rsidRDefault="006F4E6D">
            <w:pPr>
              <w:rPr>
                <w:rFonts w:asciiTheme="majorBidi" w:hAnsiTheme="majorBidi" w:cstheme="majorBidi"/>
              </w:rPr>
            </w:pPr>
            <w:r w:rsidRPr="00E3542B">
              <w:rPr>
                <w:rFonts w:asciiTheme="majorBidi" w:hAnsiTheme="majorBidi" w:cstheme="majorBidi"/>
              </w:rPr>
              <w:t>Student Response</w:t>
            </w:r>
          </w:p>
        </w:tc>
      </w:tr>
      <w:tr w:rsidR="007E1584" w:rsidRPr="00E3542B" w14:paraId="7D726AB9" w14:textId="77777777">
        <w:tc>
          <w:tcPr>
            <w:tcW w:w="4320" w:type="dxa"/>
          </w:tcPr>
          <w:p w14:paraId="6FD5B92D" w14:textId="77777777" w:rsidR="007E1584" w:rsidRPr="00E3542B" w:rsidRDefault="006F4E6D">
            <w:pPr>
              <w:rPr>
                <w:rFonts w:asciiTheme="majorBidi" w:hAnsiTheme="majorBidi" w:cstheme="majorBidi"/>
              </w:rPr>
            </w:pPr>
            <w:r w:rsidRPr="00E3542B">
              <w:rPr>
                <w:rFonts w:asciiTheme="majorBidi" w:hAnsiTheme="majorBidi" w:cstheme="majorBidi"/>
              </w:rPr>
              <w:t>What aspects of the course did you find most helpful?</w:t>
            </w:r>
          </w:p>
        </w:tc>
        <w:tc>
          <w:tcPr>
            <w:tcW w:w="4320" w:type="dxa"/>
          </w:tcPr>
          <w:p w14:paraId="752DE9E2" w14:textId="34C01043" w:rsidR="007E1584" w:rsidRPr="00E3542B" w:rsidRDefault="00E12D6C" w:rsidP="00E12D6C">
            <w:pPr>
              <w:jc w:val="both"/>
              <w:rPr>
                <w:rFonts w:asciiTheme="majorBidi" w:hAnsiTheme="majorBidi" w:cstheme="majorBidi"/>
              </w:rPr>
            </w:pPr>
            <w:r w:rsidRPr="00E12D6C">
              <w:rPr>
                <w:rFonts w:asciiTheme="majorBidi" w:hAnsiTheme="majorBidi" w:cstheme="majorBidi"/>
              </w:rPr>
              <w:t>The step-by-step layout on the Moodle platform. Moving clearly from the syllabus, to the chapters, and then straight to the quizzes gives students a very clear and easy path to follow.</w:t>
            </w:r>
            <w:r w:rsidR="006F4E6D" w:rsidRPr="00E3542B">
              <w:rPr>
                <w:rFonts w:asciiTheme="majorBidi" w:hAnsiTheme="majorBidi" w:cstheme="majorBidi"/>
              </w:rPr>
              <w:br/>
            </w:r>
          </w:p>
        </w:tc>
      </w:tr>
      <w:tr w:rsidR="007E1584" w:rsidRPr="00E3542B" w14:paraId="55CB4360" w14:textId="77777777">
        <w:tc>
          <w:tcPr>
            <w:tcW w:w="4320" w:type="dxa"/>
          </w:tcPr>
          <w:p w14:paraId="29754381" w14:textId="77777777" w:rsidR="007E1584" w:rsidRPr="00E3542B" w:rsidRDefault="006F4E6D">
            <w:pPr>
              <w:rPr>
                <w:rFonts w:asciiTheme="majorBidi" w:hAnsiTheme="majorBidi" w:cstheme="majorBidi"/>
              </w:rPr>
            </w:pPr>
            <w:r w:rsidRPr="00E3542B">
              <w:rPr>
                <w:rFonts w:asciiTheme="majorBidi" w:hAnsiTheme="majorBidi" w:cstheme="majorBidi"/>
              </w:rPr>
              <w:t>What aspects could be improved?</w:t>
            </w:r>
          </w:p>
        </w:tc>
        <w:tc>
          <w:tcPr>
            <w:tcW w:w="4320" w:type="dxa"/>
          </w:tcPr>
          <w:p w14:paraId="12AB6EED" w14:textId="0BFF3FD4" w:rsidR="007E1584" w:rsidRPr="00E3542B" w:rsidRDefault="00E12D6C" w:rsidP="002327B1">
            <w:pPr>
              <w:jc w:val="both"/>
              <w:rPr>
                <w:rFonts w:asciiTheme="majorBidi" w:hAnsiTheme="majorBidi" w:cstheme="majorBidi"/>
              </w:rPr>
            </w:pPr>
            <w:r w:rsidRPr="00E12D6C">
              <w:rPr>
                <w:rFonts w:asciiTheme="majorBidi" w:hAnsiTheme="majorBidi" w:cstheme="majorBidi"/>
              </w:rPr>
              <w:t xml:space="preserve">While the PDF documents are well-written, they consist of dense, unbroken blocks of text. For today's generation of students, this visual monotony can be demotivating. The PDFs would be much more engaging if they included relevant historical images, maps, or diagrams to break up the reading. Additionally, linking the PDFs to a Moodle Glossary for difficult terms (like </w:t>
            </w:r>
            <w:r w:rsidRPr="002327B1">
              <w:rPr>
                <w:rFonts w:asciiTheme="majorBidi" w:hAnsiTheme="majorBidi" w:cstheme="majorBidi"/>
              </w:rPr>
              <w:t>sepoy, Raj, or varna)</w:t>
            </w:r>
            <w:r w:rsidRPr="00E12D6C">
              <w:rPr>
                <w:rFonts w:asciiTheme="majorBidi" w:hAnsiTheme="majorBidi" w:cstheme="majorBidi"/>
              </w:rPr>
              <w:t xml:space="preserve"> would greatly help maintain student focus and motivation.</w:t>
            </w:r>
            <w:r w:rsidR="006F4E6D" w:rsidRPr="00E3542B">
              <w:rPr>
                <w:rFonts w:asciiTheme="majorBidi" w:hAnsiTheme="majorBidi" w:cstheme="majorBidi"/>
              </w:rPr>
              <w:br/>
            </w:r>
          </w:p>
        </w:tc>
      </w:tr>
      <w:tr w:rsidR="007E1584" w:rsidRPr="00E3542B" w14:paraId="72A82279" w14:textId="77777777">
        <w:tc>
          <w:tcPr>
            <w:tcW w:w="4320" w:type="dxa"/>
          </w:tcPr>
          <w:p w14:paraId="71E4AC70" w14:textId="77777777" w:rsidR="007E1584" w:rsidRPr="00E3542B" w:rsidRDefault="006F4E6D">
            <w:pPr>
              <w:rPr>
                <w:rFonts w:asciiTheme="majorBidi" w:hAnsiTheme="majorBidi" w:cstheme="majorBidi"/>
              </w:rPr>
            </w:pPr>
            <w:r w:rsidRPr="00E3542B">
              <w:rPr>
                <w:rFonts w:asciiTheme="majorBidi" w:hAnsiTheme="majorBidi" w:cstheme="majorBidi"/>
              </w:rPr>
              <w:lastRenderedPageBreak/>
              <w:t>Which teaching methods or activities were most effective?</w:t>
            </w:r>
          </w:p>
        </w:tc>
        <w:tc>
          <w:tcPr>
            <w:tcW w:w="4320" w:type="dxa"/>
          </w:tcPr>
          <w:p w14:paraId="6CB83A79" w14:textId="16D609BF" w:rsidR="007E1584" w:rsidRPr="00E3542B" w:rsidRDefault="00E12D6C" w:rsidP="002327B1">
            <w:pPr>
              <w:jc w:val="both"/>
              <w:rPr>
                <w:rFonts w:asciiTheme="majorBidi" w:hAnsiTheme="majorBidi" w:cstheme="majorBidi"/>
              </w:rPr>
            </w:pPr>
            <w:r w:rsidRPr="00E12D6C">
              <w:rPr>
                <w:rFonts w:asciiTheme="majorBidi" w:hAnsiTheme="majorBidi" w:cstheme="majorBidi"/>
              </w:rPr>
              <w:t>The different types of quizzes (multiple choice, true/false, short answer). Mixing these different formats keeps the student actively involved rather than just passively reading.</w:t>
            </w:r>
          </w:p>
        </w:tc>
      </w:tr>
      <w:tr w:rsidR="007E1584" w:rsidRPr="00E3542B" w14:paraId="49F0A24F" w14:textId="77777777">
        <w:tc>
          <w:tcPr>
            <w:tcW w:w="4320" w:type="dxa"/>
          </w:tcPr>
          <w:p w14:paraId="373F792A" w14:textId="77777777" w:rsidR="007E1584" w:rsidRPr="00E3542B" w:rsidRDefault="006F4E6D">
            <w:pPr>
              <w:rPr>
                <w:rFonts w:asciiTheme="majorBidi" w:hAnsiTheme="majorBidi" w:cstheme="majorBidi"/>
              </w:rPr>
            </w:pPr>
            <w:r w:rsidRPr="00E3542B">
              <w:rPr>
                <w:rFonts w:asciiTheme="majorBidi" w:hAnsiTheme="majorBidi" w:cstheme="majorBidi"/>
              </w:rPr>
              <w:t>Suggestions for improving the course?</w:t>
            </w:r>
          </w:p>
        </w:tc>
        <w:tc>
          <w:tcPr>
            <w:tcW w:w="4320" w:type="dxa"/>
          </w:tcPr>
          <w:p w14:paraId="3656AC72" w14:textId="5D71D466" w:rsidR="00560D2E" w:rsidRDefault="00560D2E" w:rsidP="002327B1">
            <w:pPr>
              <w:pStyle w:val="Paragraphedeliste"/>
              <w:numPr>
                <w:ilvl w:val="0"/>
                <w:numId w:val="10"/>
              </w:numPr>
              <w:jc w:val="both"/>
              <w:rPr>
                <w:rFonts w:asciiTheme="majorBidi" w:hAnsiTheme="majorBidi" w:cstheme="majorBidi"/>
              </w:rPr>
            </w:pPr>
            <w:r w:rsidRPr="00560D2E">
              <w:rPr>
                <w:rFonts w:asciiTheme="majorBidi" w:hAnsiTheme="majorBidi" w:cstheme="majorBidi"/>
              </w:rPr>
              <w:t>Keep</w:t>
            </w:r>
            <w:r>
              <w:rPr>
                <w:rFonts w:asciiTheme="majorBidi" w:hAnsiTheme="majorBidi" w:cstheme="majorBidi"/>
              </w:rPr>
              <w:t xml:space="preserve"> </w:t>
            </w:r>
            <w:r w:rsidRPr="00560D2E">
              <w:rPr>
                <w:rFonts w:asciiTheme="majorBidi" w:hAnsiTheme="majorBidi" w:cstheme="majorBidi"/>
              </w:rPr>
              <w:t>the Chats, but also add Forums with specific questions so discussions are permanently saved, since chat messages disappear.</w:t>
            </w:r>
          </w:p>
          <w:p w14:paraId="191807D1" w14:textId="72EE3C06" w:rsidR="007E1584" w:rsidRPr="00560D2E" w:rsidRDefault="00560D2E" w:rsidP="002327B1">
            <w:pPr>
              <w:pStyle w:val="Paragraphedeliste"/>
              <w:numPr>
                <w:ilvl w:val="0"/>
                <w:numId w:val="10"/>
              </w:numPr>
              <w:jc w:val="both"/>
              <w:rPr>
                <w:rFonts w:asciiTheme="majorBidi" w:hAnsiTheme="majorBidi" w:cstheme="majorBidi"/>
              </w:rPr>
            </w:pPr>
            <w:r w:rsidRPr="00560D2E">
              <w:rPr>
                <w:rFonts w:asciiTheme="majorBidi" w:hAnsiTheme="majorBidi" w:cstheme="majorBidi"/>
              </w:rPr>
              <w:t>Add</w:t>
            </w:r>
            <w:r>
              <w:rPr>
                <w:rFonts w:asciiTheme="majorBidi" w:hAnsiTheme="majorBidi" w:cstheme="majorBidi"/>
              </w:rPr>
              <w:t xml:space="preserve"> </w:t>
            </w:r>
            <w:r w:rsidRPr="00560D2E">
              <w:rPr>
                <w:rFonts w:asciiTheme="majorBidi" w:hAnsiTheme="majorBidi" w:cstheme="majorBidi"/>
              </w:rPr>
              <w:t>a Glossary at the end of each chapter for key terms and difficult vocabulary.</w:t>
            </w:r>
            <w:r w:rsidR="006F4E6D" w:rsidRPr="00560D2E">
              <w:rPr>
                <w:rFonts w:asciiTheme="majorBidi" w:hAnsiTheme="majorBidi" w:cstheme="majorBidi"/>
              </w:rPr>
              <w:br/>
            </w:r>
          </w:p>
        </w:tc>
      </w:tr>
      <w:tr w:rsidR="007E1584" w:rsidRPr="00E3542B" w14:paraId="25D46613" w14:textId="77777777">
        <w:tc>
          <w:tcPr>
            <w:tcW w:w="4320" w:type="dxa"/>
          </w:tcPr>
          <w:p w14:paraId="2F8F922F" w14:textId="77777777" w:rsidR="007E1584" w:rsidRPr="00E3542B" w:rsidRDefault="006F4E6D">
            <w:pPr>
              <w:rPr>
                <w:rFonts w:asciiTheme="majorBidi" w:hAnsiTheme="majorBidi" w:cstheme="majorBidi"/>
              </w:rPr>
            </w:pPr>
            <w:r w:rsidRPr="00E3542B">
              <w:rPr>
                <w:rFonts w:asciiTheme="majorBidi" w:hAnsiTheme="majorBidi" w:cstheme="majorBidi"/>
              </w:rPr>
              <w:t>Additional comments?</w:t>
            </w:r>
          </w:p>
        </w:tc>
        <w:tc>
          <w:tcPr>
            <w:tcW w:w="4320" w:type="dxa"/>
          </w:tcPr>
          <w:p w14:paraId="31E7D49D" w14:textId="4247762A" w:rsidR="007E1584" w:rsidRPr="00E3542B" w:rsidRDefault="00A949F2" w:rsidP="002327B1">
            <w:pPr>
              <w:jc w:val="both"/>
              <w:rPr>
                <w:rFonts w:asciiTheme="majorBidi" w:hAnsiTheme="majorBidi" w:cstheme="majorBidi"/>
              </w:rPr>
            </w:pPr>
            <w:r w:rsidRPr="00A949F2">
              <w:rPr>
                <w:rFonts w:asciiTheme="majorBidi" w:hAnsiTheme="majorBidi" w:cstheme="majorBidi"/>
              </w:rPr>
              <w:t>Even though I am not a specialist in Civilization, the way the course is built made the topic very easy to understand. I especially liked how the texts show both the positive and negative impacts of the era, which really forces students to think deeply rather than just memorizing facts.</w:t>
            </w:r>
            <w:r w:rsidR="006F4E6D" w:rsidRPr="00E3542B">
              <w:rPr>
                <w:rFonts w:asciiTheme="majorBidi" w:hAnsiTheme="majorBidi" w:cstheme="majorBidi"/>
              </w:rPr>
              <w:br/>
            </w:r>
          </w:p>
        </w:tc>
      </w:tr>
    </w:tbl>
    <w:p w14:paraId="605CB4FA" w14:textId="77777777" w:rsidR="007E1584" w:rsidRPr="00E3542B" w:rsidRDefault="007E1584">
      <w:pPr>
        <w:rPr>
          <w:rFonts w:asciiTheme="majorBidi" w:hAnsiTheme="majorBidi" w:cstheme="majorBidi"/>
        </w:rPr>
      </w:pPr>
    </w:p>
    <w:tbl>
      <w:tblPr>
        <w:tblStyle w:val="Grilledutableau"/>
        <w:tblW w:w="0" w:type="auto"/>
        <w:tblLook w:val="04A0" w:firstRow="1" w:lastRow="0" w:firstColumn="1" w:lastColumn="0" w:noHBand="0" w:noVBand="1"/>
      </w:tblPr>
      <w:tblGrid>
        <w:gridCol w:w="4315"/>
        <w:gridCol w:w="4315"/>
      </w:tblGrid>
      <w:tr w:rsidR="007E1584" w:rsidRPr="00E3542B" w14:paraId="6D5E3F79" w14:textId="77777777">
        <w:tc>
          <w:tcPr>
            <w:tcW w:w="4320" w:type="dxa"/>
          </w:tcPr>
          <w:p w14:paraId="5F97BEFF" w14:textId="77777777" w:rsidR="007E1584" w:rsidRPr="00E3542B" w:rsidRDefault="006F4E6D">
            <w:pPr>
              <w:rPr>
                <w:rFonts w:asciiTheme="majorBidi" w:hAnsiTheme="majorBidi" w:cstheme="majorBidi"/>
              </w:rPr>
            </w:pPr>
            <w:r w:rsidRPr="00E3542B">
              <w:rPr>
                <w:rFonts w:asciiTheme="majorBidi" w:hAnsiTheme="majorBidi" w:cstheme="majorBidi"/>
              </w:rPr>
              <w:t>Average Score</w:t>
            </w:r>
          </w:p>
        </w:tc>
        <w:tc>
          <w:tcPr>
            <w:tcW w:w="4320" w:type="dxa"/>
          </w:tcPr>
          <w:p w14:paraId="5B873738" w14:textId="77777777" w:rsidR="007E1584" w:rsidRPr="00E3542B" w:rsidRDefault="006F4E6D">
            <w:pPr>
              <w:rPr>
                <w:rFonts w:asciiTheme="majorBidi" w:hAnsiTheme="majorBidi" w:cstheme="majorBidi"/>
              </w:rPr>
            </w:pPr>
            <w:r w:rsidRPr="00E3542B">
              <w:rPr>
                <w:rFonts w:asciiTheme="majorBidi" w:hAnsiTheme="majorBidi" w:cstheme="majorBidi"/>
              </w:rPr>
              <w:t>Interpretation</w:t>
            </w:r>
          </w:p>
        </w:tc>
      </w:tr>
      <w:tr w:rsidR="007E1584" w:rsidRPr="00E3542B" w14:paraId="007E224C" w14:textId="77777777">
        <w:tc>
          <w:tcPr>
            <w:tcW w:w="4320" w:type="dxa"/>
          </w:tcPr>
          <w:p w14:paraId="53B606E2" w14:textId="77777777" w:rsidR="007E1584" w:rsidRPr="00A949F2" w:rsidRDefault="006F4E6D">
            <w:pPr>
              <w:rPr>
                <w:rFonts w:asciiTheme="majorBidi" w:hAnsiTheme="majorBidi" w:cstheme="majorBidi"/>
                <w:b/>
                <w:bCs/>
                <w:highlight w:val="yellow"/>
              </w:rPr>
            </w:pPr>
            <w:r w:rsidRPr="00A949F2">
              <w:rPr>
                <w:rFonts w:asciiTheme="majorBidi" w:hAnsiTheme="majorBidi" w:cstheme="majorBidi"/>
                <w:b/>
                <w:bCs/>
                <w:highlight w:val="yellow"/>
              </w:rPr>
              <w:t>4.50–5.00</w:t>
            </w:r>
          </w:p>
        </w:tc>
        <w:tc>
          <w:tcPr>
            <w:tcW w:w="4320" w:type="dxa"/>
          </w:tcPr>
          <w:p w14:paraId="0932E4BF" w14:textId="77777777" w:rsidR="007E1584" w:rsidRPr="00A949F2" w:rsidRDefault="006F4E6D">
            <w:pPr>
              <w:rPr>
                <w:rFonts w:asciiTheme="majorBidi" w:hAnsiTheme="majorBidi" w:cstheme="majorBidi"/>
                <w:b/>
                <w:bCs/>
                <w:highlight w:val="yellow"/>
              </w:rPr>
            </w:pPr>
            <w:r w:rsidRPr="00A949F2">
              <w:rPr>
                <w:rFonts w:asciiTheme="majorBidi" w:hAnsiTheme="majorBidi" w:cstheme="majorBidi"/>
                <w:b/>
                <w:bCs/>
                <w:highlight w:val="yellow"/>
              </w:rPr>
              <w:t>Excellent</w:t>
            </w:r>
          </w:p>
        </w:tc>
      </w:tr>
      <w:tr w:rsidR="007E1584" w:rsidRPr="00E3542B" w14:paraId="01F8950D" w14:textId="77777777">
        <w:tc>
          <w:tcPr>
            <w:tcW w:w="4320" w:type="dxa"/>
          </w:tcPr>
          <w:p w14:paraId="01F665DA" w14:textId="77777777" w:rsidR="007E1584" w:rsidRPr="00E3542B" w:rsidRDefault="006F4E6D">
            <w:pPr>
              <w:rPr>
                <w:rFonts w:asciiTheme="majorBidi" w:hAnsiTheme="majorBidi" w:cstheme="majorBidi"/>
              </w:rPr>
            </w:pPr>
            <w:r w:rsidRPr="00E3542B">
              <w:rPr>
                <w:rFonts w:asciiTheme="majorBidi" w:hAnsiTheme="majorBidi" w:cstheme="majorBidi"/>
              </w:rPr>
              <w:t>3.50–4.49</w:t>
            </w:r>
          </w:p>
        </w:tc>
        <w:tc>
          <w:tcPr>
            <w:tcW w:w="4320" w:type="dxa"/>
          </w:tcPr>
          <w:p w14:paraId="64ADFE10" w14:textId="77777777" w:rsidR="007E1584" w:rsidRPr="00E3542B" w:rsidRDefault="006F4E6D">
            <w:pPr>
              <w:rPr>
                <w:rFonts w:asciiTheme="majorBidi" w:hAnsiTheme="majorBidi" w:cstheme="majorBidi"/>
              </w:rPr>
            </w:pPr>
            <w:r w:rsidRPr="00E3542B">
              <w:rPr>
                <w:rFonts w:asciiTheme="majorBidi" w:hAnsiTheme="majorBidi" w:cstheme="majorBidi"/>
              </w:rPr>
              <w:t>Very Good</w:t>
            </w:r>
          </w:p>
        </w:tc>
      </w:tr>
      <w:tr w:rsidR="007E1584" w:rsidRPr="00E3542B" w14:paraId="638C010B" w14:textId="77777777">
        <w:tc>
          <w:tcPr>
            <w:tcW w:w="4320" w:type="dxa"/>
          </w:tcPr>
          <w:p w14:paraId="387AC7CC" w14:textId="77777777" w:rsidR="007E1584" w:rsidRPr="00E3542B" w:rsidRDefault="006F4E6D">
            <w:pPr>
              <w:rPr>
                <w:rFonts w:asciiTheme="majorBidi" w:hAnsiTheme="majorBidi" w:cstheme="majorBidi"/>
              </w:rPr>
            </w:pPr>
            <w:r w:rsidRPr="00E3542B">
              <w:rPr>
                <w:rFonts w:asciiTheme="majorBidi" w:hAnsiTheme="majorBidi" w:cstheme="majorBidi"/>
              </w:rPr>
              <w:t>2.50–3.49</w:t>
            </w:r>
          </w:p>
        </w:tc>
        <w:tc>
          <w:tcPr>
            <w:tcW w:w="4320" w:type="dxa"/>
          </w:tcPr>
          <w:p w14:paraId="594FC02A" w14:textId="77777777" w:rsidR="007E1584" w:rsidRPr="00E3542B" w:rsidRDefault="006F4E6D">
            <w:pPr>
              <w:rPr>
                <w:rFonts w:asciiTheme="majorBidi" w:hAnsiTheme="majorBidi" w:cstheme="majorBidi"/>
              </w:rPr>
            </w:pPr>
            <w:r w:rsidRPr="00E3542B">
              <w:rPr>
                <w:rFonts w:asciiTheme="majorBidi" w:hAnsiTheme="majorBidi" w:cstheme="majorBidi"/>
              </w:rPr>
              <w:t>Satisfactory</w:t>
            </w:r>
          </w:p>
        </w:tc>
      </w:tr>
      <w:tr w:rsidR="007E1584" w:rsidRPr="00E3542B" w14:paraId="60B018B8" w14:textId="77777777">
        <w:tc>
          <w:tcPr>
            <w:tcW w:w="4320" w:type="dxa"/>
          </w:tcPr>
          <w:p w14:paraId="0D10F185" w14:textId="77777777" w:rsidR="007E1584" w:rsidRPr="00E3542B" w:rsidRDefault="006F4E6D">
            <w:pPr>
              <w:rPr>
                <w:rFonts w:asciiTheme="majorBidi" w:hAnsiTheme="majorBidi" w:cstheme="majorBidi"/>
              </w:rPr>
            </w:pPr>
            <w:r w:rsidRPr="00E3542B">
              <w:rPr>
                <w:rFonts w:asciiTheme="majorBidi" w:hAnsiTheme="majorBidi" w:cstheme="majorBidi"/>
              </w:rPr>
              <w:t>1.50–2.49</w:t>
            </w:r>
          </w:p>
        </w:tc>
        <w:tc>
          <w:tcPr>
            <w:tcW w:w="4320" w:type="dxa"/>
          </w:tcPr>
          <w:p w14:paraId="5E0E2BB8" w14:textId="77777777" w:rsidR="007E1584" w:rsidRPr="00E3542B" w:rsidRDefault="006F4E6D">
            <w:pPr>
              <w:rPr>
                <w:rFonts w:asciiTheme="majorBidi" w:hAnsiTheme="majorBidi" w:cstheme="majorBidi"/>
              </w:rPr>
            </w:pPr>
            <w:r w:rsidRPr="00E3542B">
              <w:rPr>
                <w:rFonts w:asciiTheme="majorBidi" w:hAnsiTheme="majorBidi" w:cstheme="majorBidi"/>
              </w:rPr>
              <w:t>Needs Improvement</w:t>
            </w:r>
          </w:p>
        </w:tc>
      </w:tr>
      <w:tr w:rsidR="007E1584" w:rsidRPr="00E3542B" w14:paraId="55D9B14C" w14:textId="77777777">
        <w:tc>
          <w:tcPr>
            <w:tcW w:w="4320" w:type="dxa"/>
          </w:tcPr>
          <w:p w14:paraId="5EB133BE" w14:textId="77777777" w:rsidR="007E1584" w:rsidRPr="00E3542B" w:rsidRDefault="006F4E6D">
            <w:pPr>
              <w:rPr>
                <w:rFonts w:asciiTheme="majorBidi" w:hAnsiTheme="majorBidi" w:cstheme="majorBidi"/>
              </w:rPr>
            </w:pPr>
            <w:r w:rsidRPr="00E3542B">
              <w:rPr>
                <w:rFonts w:asciiTheme="majorBidi" w:hAnsiTheme="majorBidi" w:cstheme="majorBidi"/>
              </w:rPr>
              <w:t>1.00–1.49</w:t>
            </w:r>
          </w:p>
        </w:tc>
        <w:tc>
          <w:tcPr>
            <w:tcW w:w="4320" w:type="dxa"/>
          </w:tcPr>
          <w:p w14:paraId="4F1AE540" w14:textId="77777777" w:rsidR="007E1584" w:rsidRPr="00E3542B" w:rsidRDefault="006F4E6D">
            <w:pPr>
              <w:rPr>
                <w:rFonts w:asciiTheme="majorBidi" w:hAnsiTheme="majorBidi" w:cstheme="majorBidi"/>
              </w:rPr>
            </w:pPr>
            <w:r w:rsidRPr="00E3542B">
              <w:rPr>
                <w:rFonts w:asciiTheme="majorBidi" w:hAnsiTheme="majorBidi" w:cstheme="majorBidi"/>
              </w:rPr>
              <w:t>Poor</w:t>
            </w:r>
          </w:p>
        </w:tc>
      </w:tr>
    </w:tbl>
    <w:p w14:paraId="1B73A3C7" w14:textId="77777777" w:rsidR="00157EEB" w:rsidRPr="00E3542B" w:rsidRDefault="00157EEB">
      <w:pPr>
        <w:rPr>
          <w:rFonts w:asciiTheme="majorBidi" w:hAnsiTheme="majorBidi" w:cstheme="majorBidi"/>
        </w:rPr>
      </w:pPr>
    </w:p>
    <w:p w14:paraId="3E5EC3BD" w14:textId="77777777" w:rsidR="006F4E6D" w:rsidRPr="00E3542B" w:rsidRDefault="006F4E6D" w:rsidP="006F4E6D">
      <w:pPr>
        <w:tabs>
          <w:tab w:val="left" w:pos="2070"/>
        </w:tabs>
        <w:rPr>
          <w:rFonts w:asciiTheme="majorBidi" w:hAnsiTheme="majorBidi" w:cstheme="majorBidi"/>
          <w:b/>
          <w:bCs/>
          <w:lang w:val="fr-FR"/>
        </w:rPr>
      </w:pPr>
      <w:r w:rsidRPr="00E3542B">
        <w:rPr>
          <w:rFonts w:asciiTheme="majorBidi" w:hAnsiTheme="majorBidi" w:cstheme="majorBidi"/>
          <w:b/>
          <w:bCs/>
          <w:lang w:val="fr-FR"/>
        </w:rPr>
        <w:t xml:space="preserve">Other </w:t>
      </w:r>
      <w:proofErr w:type="gramStart"/>
      <w:r w:rsidRPr="00E3542B">
        <w:rPr>
          <w:rFonts w:asciiTheme="majorBidi" w:hAnsiTheme="majorBidi" w:cstheme="majorBidi"/>
          <w:b/>
          <w:bCs/>
          <w:lang w:val="fr-FR"/>
        </w:rPr>
        <w:t>Observations:</w:t>
      </w:r>
      <w:proofErr w:type="gramEnd"/>
    </w:p>
    <w:p w14:paraId="5027F6D8" w14:textId="77777777" w:rsidR="00B82CBE" w:rsidRDefault="00A949F2" w:rsidP="00A949F2">
      <w:pPr>
        <w:jc w:val="both"/>
        <w:rPr>
          <w:rFonts w:asciiTheme="majorBidi" w:hAnsiTheme="majorBidi" w:cstheme="majorBidi"/>
        </w:rPr>
      </w:pPr>
      <w:r w:rsidRPr="00A949F2">
        <w:rPr>
          <w:rFonts w:asciiTheme="majorBidi" w:hAnsiTheme="majorBidi" w:cstheme="majorBidi"/>
        </w:rPr>
        <w:t>The course has a very strong structural foundation. The primary area for growth is upgrading the platform's interactive features</w:t>
      </w:r>
      <w:r>
        <w:rPr>
          <w:rFonts w:asciiTheme="majorBidi" w:hAnsiTheme="majorBidi" w:cstheme="majorBidi"/>
        </w:rPr>
        <w:t xml:space="preserve">, </w:t>
      </w:r>
      <w:r w:rsidRPr="00A949F2">
        <w:rPr>
          <w:rFonts w:asciiTheme="majorBidi" w:hAnsiTheme="majorBidi" w:cstheme="majorBidi"/>
        </w:rPr>
        <w:t>specifically adding permanent forums alongside chats, adding vocabulary glossaries, and integrating visual media to better suit modern students.</w:t>
      </w:r>
      <w:r w:rsidR="006F4E6D" w:rsidRPr="00A949F2">
        <w:rPr>
          <w:rFonts w:asciiTheme="majorBidi" w:hAnsiTheme="majorBidi" w:cstheme="majorBidi"/>
        </w:rPr>
        <w:t xml:space="preserve">   </w:t>
      </w:r>
    </w:p>
    <w:p w14:paraId="7F23AC61" w14:textId="20A76059" w:rsidR="006F4E6D" w:rsidRPr="00A949F2" w:rsidRDefault="006F4E6D" w:rsidP="00A949F2">
      <w:pPr>
        <w:jc w:val="both"/>
        <w:rPr>
          <w:rFonts w:asciiTheme="majorBidi" w:hAnsiTheme="majorBidi" w:cstheme="majorBidi"/>
        </w:rPr>
      </w:pPr>
      <w:r w:rsidRPr="00A949F2">
        <w:rPr>
          <w:rFonts w:asciiTheme="majorBidi" w:hAnsiTheme="majorBidi" w:cstheme="majorBidi"/>
        </w:rPr>
        <w:t xml:space="preserve">                                                                                                     </w:t>
      </w:r>
    </w:p>
    <w:p w14:paraId="1698F64F" w14:textId="50455F93" w:rsidR="006F4E6D" w:rsidRPr="00E3542B" w:rsidRDefault="006F4E6D" w:rsidP="006F4E6D">
      <w:pPr>
        <w:rPr>
          <w:rFonts w:asciiTheme="majorBidi" w:hAnsiTheme="majorBidi" w:cstheme="majorBidi"/>
          <w:lang w:val="fr-FR"/>
        </w:rPr>
      </w:pPr>
      <w:r w:rsidRPr="00A949F2">
        <w:rPr>
          <w:rFonts w:asciiTheme="majorBidi" w:hAnsiTheme="majorBidi" w:cstheme="majorBidi"/>
        </w:rPr>
        <w:t xml:space="preserve">                                                                                                        </w:t>
      </w:r>
      <w:r w:rsidRPr="00E3542B">
        <w:rPr>
          <w:rFonts w:asciiTheme="majorBidi" w:hAnsiTheme="majorBidi" w:cstheme="majorBidi"/>
          <w:b/>
          <w:bCs/>
          <w:lang w:val="fr-FR"/>
        </w:rPr>
        <w:t xml:space="preserve">Signature </w:t>
      </w:r>
    </w:p>
    <w:p w14:paraId="4DC0918D" w14:textId="0FA2B667" w:rsidR="006F4E6D" w:rsidRDefault="00B30DCF" w:rsidP="00B30DCF">
      <w:pPr>
        <w:jc w:val="center"/>
        <w:rPr>
          <w:rFonts w:asciiTheme="majorBidi" w:hAnsiTheme="majorBidi" w:cstheme="majorBidi"/>
          <w:lang w:val="fr-FR"/>
        </w:rPr>
      </w:pPr>
      <w:r>
        <w:rPr>
          <w:rFonts w:asciiTheme="majorBidi" w:hAnsiTheme="majorBidi" w:cstheme="majorBidi"/>
          <w:lang w:val="fr-FR"/>
        </w:rPr>
        <w:t xml:space="preserve">                                                                     Dr. Wassila OULDJI</w:t>
      </w:r>
    </w:p>
    <w:p w14:paraId="5421F0E3" w14:textId="460D1330" w:rsidR="00B30DCF" w:rsidRPr="00E3542B" w:rsidRDefault="00B30DCF" w:rsidP="00B30DCF">
      <w:pPr>
        <w:jc w:val="center"/>
        <w:rPr>
          <w:rFonts w:asciiTheme="majorBidi" w:hAnsiTheme="majorBidi" w:cstheme="majorBidi"/>
        </w:rPr>
      </w:pPr>
      <w:r>
        <w:rPr>
          <w:rFonts w:asciiTheme="majorBidi" w:hAnsiTheme="majorBidi" w:cstheme="majorBidi"/>
          <w:lang w:val="fr-FR"/>
        </w:rPr>
        <w:t xml:space="preserve">                                                                                   </w:t>
      </w:r>
      <w:r>
        <w:rPr>
          <w:rFonts w:asciiTheme="majorBidi" w:hAnsiTheme="majorBidi" w:cstheme="majorBidi"/>
          <w:noProof/>
        </w:rPr>
        <w:drawing>
          <wp:inline distT="0" distB="0" distL="0" distR="0" wp14:anchorId="012EA807" wp14:editId="16EB4198">
            <wp:extent cx="2559685" cy="670431"/>
            <wp:effectExtent l="0" t="0" r="0" b="0"/>
            <wp:docPr id="973384695" name="Imag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73384695" name="Image 973384695"/>
                    <pic:cNvPicPr/>
                  </pic:nvPicPr>
                  <pic:blipFill>
                    <a:blip r:embed="rId6">
                      <a:clrChange>
                        <a:clrFrom>
                          <a:srgbClr val="FFFFFF"/>
                        </a:clrFrom>
                        <a:clrTo>
                          <a:srgbClr val="FFFFFF">
                            <a:alpha val="0"/>
                          </a:srgbClr>
                        </a:clrTo>
                      </a:clrChange>
                    </a:blip>
                    <a:stretch>
                      <a:fillRect/>
                    </a:stretch>
                  </pic:blipFill>
                  <pic:spPr>
                    <a:xfrm>
                      <a:off x="0" y="0"/>
                      <a:ext cx="2609291" cy="683424"/>
                    </a:xfrm>
                    <a:prstGeom prst="rect">
                      <a:avLst/>
                    </a:prstGeom>
                  </pic:spPr>
                </pic:pic>
              </a:graphicData>
            </a:graphic>
          </wp:inline>
        </w:drawing>
      </w:r>
    </w:p>
    <w:sectPr w:rsidR="00B30DCF" w:rsidRPr="00E3542B" w:rsidSect="00034616">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ourier">
    <w:panose1 w:val="02070409020205020404"/>
    <w:charset w:val="00"/>
    <w:family w:val="modern"/>
    <w:notTrueType/>
    <w:pitch w:val="fixed"/>
    <w:sig w:usb0="00000003" w:usb1="00000000" w:usb2="00000000" w:usb3="00000000" w:csb0="00000001" w:csb1="00000000"/>
  </w:font>
  <w:font w:name="Segoe UI Symbol">
    <w:panose1 w:val="020B0502040204020203"/>
    <w:charset w:val="00"/>
    <w:family w:val="swiss"/>
    <w:pitch w:val="variable"/>
    <w:sig w:usb0="800001E3" w:usb1="1200FFEF" w:usb2="00040000" w:usb3="00000000" w:csb0="00000001"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C310EC42"/>
    <w:lvl w:ilvl="0">
      <w:start w:val="1"/>
      <w:numFmt w:val="decimal"/>
      <w:lvlText w:val="%1."/>
      <w:lvlJc w:val="left"/>
      <w:pPr>
        <w:tabs>
          <w:tab w:val="num" w:pos="1800"/>
        </w:tabs>
        <w:ind w:left="1800" w:hanging="360"/>
      </w:pPr>
    </w:lvl>
  </w:abstractNum>
  <w:abstractNum w:abstractNumId="1" w15:restartNumberingAfterBreak="0">
    <w:nsid w:val="FFFFFF7D"/>
    <w:multiLevelType w:val="singleLevel"/>
    <w:tmpl w:val="E4089024"/>
    <w:lvl w:ilvl="0">
      <w:start w:val="1"/>
      <w:numFmt w:val="decimal"/>
      <w:lvlText w:val="%1."/>
      <w:lvlJc w:val="left"/>
      <w:pPr>
        <w:tabs>
          <w:tab w:val="num" w:pos="1440"/>
        </w:tabs>
        <w:ind w:left="1440" w:hanging="360"/>
      </w:pPr>
    </w:lvl>
  </w:abstractNum>
  <w:abstractNum w:abstractNumId="2" w15:restartNumberingAfterBreak="0">
    <w:nsid w:val="FFFFFF7E"/>
    <w:multiLevelType w:val="singleLevel"/>
    <w:tmpl w:val="FB12693A"/>
    <w:lvl w:ilvl="0">
      <w:start w:val="1"/>
      <w:numFmt w:val="decimal"/>
      <w:pStyle w:val="Listenumros3"/>
      <w:lvlText w:val="%1."/>
      <w:lvlJc w:val="left"/>
      <w:pPr>
        <w:tabs>
          <w:tab w:val="num" w:pos="1080"/>
        </w:tabs>
        <w:ind w:left="1080" w:hanging="360"/>
      </w:pPr>
    </w:lvl>
  </w:abstractNum>
  <w:abstractNum w:abstractNumId="3" w15:restartNumberingAfterBreak="0">
    <w:nsid w:val="FFFFFF7F"/>
    <w:multiLevelType w:val="singleLevel"/>
    <w:tmpl w:val="38441652"/>
    <w:lvl w:ilvl="0">
      <w:start w:val="1"/>
      <w:numFmt w:val="decimal"/>
      <w:pStyle w:val="Listenumros2"/>
      <w:lvlText w:val="%1."/>
      <w:lvlJc w:val="left"/>
      <w:pPr>
        <w:tabs>
          <w:tab w:val="num" w:pos="720"/>
        </w:tabs>
        <w:ind w:left="720" w:hanging="360"/>
      </w:pPr>
    </w:lvl>
  </w:abstractNum>
  <w:abstractNum w:abstractNumId="4" w15:restartNumberingAfterBreak="0">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15:restartNumberingAfterBreak="0">
    <w:nsid w:val="FFFFFF82"/>
    <w:multiLevelType w:val="singleLevel"/>
    <w:tmpl w:val="F3EAFDEC"/>
    <w:lvl w:ilvl="0">
      <w:start w:val="1"/>
      <w:numFmt w:val="bullet"/>
      <w:pStyle w:val="Listepuces3"/>
      <w:lvlText w:val=""/>
      <w:lvlJc w:val="left"/>
      <w:pPr>
        <w:tabs>
          <w:tab w:val="num" w:pos="1080"/>
        </w:tabs>
        <w:ind w:left="1080" w:hanging="360"/>
      </w:pPr>
      <w:rPr>
        <w:rFonts w:ascii="Symbol" w:hAnsi="Symbol" w:hint="default"/>
      </w:rPr>
    </w:lvl>
  </w:abstractNum>
  <w:abstractNum w:abstractNumId="6" w15:restartNumberingAfterBreak="0">
    <w:nsid w:val="FFFFFF83"/>
    <w:multiLevelType w:val="singleLevel"/>
    <w:tmpl w:val="3D1EFFD4"/>
    <w:lvl w:ilvl="0">
      <w:start w:val="1"/>
      <w:numFmt w:val="bullet"/>
      <w:pStyle w:val="Listepuces2"/>
      <w:lvlText w:val=""/>
      <w:lvlJc w:val="left"/>
      <w:pPr>
        <w:tabs>
          <w:tab w:val="num" w:pos="720"/>
        </w:tabs>
        <w:ind w:left="720" w:hanging="360"/>
      </w:pPr>
      <w:rPr>
        <w:rFonts w:ascii="Symbol" w:hAnsi="Symbol" w:hint="default"/>
      </w:rPr>
    </w:lvl>
  </w:abstractNum>
  <w:abstractNum w:abstractNumId="7" w15:restartNumberingAfterBreak="0">
    <w:nsid w:val="FFFFFF88"/>
    <w:multiLevelType w:val="singleLevel"/>
    <w:tmpl w:val="D0A62B40"/>
    <w:lvl w:ilvl="0">
      <w:start w:val="1"/>
      <w:numFmt w:val="decimal"/>
      <w:pStyle w:val="Listenumros"/>
      <w:lvlText w:val="%1."/>
      <w:lvlJc w:val="left"/>
      <w:pPr>
        <w:tabs>
          <w:tab w:val="num" w:pos="360"/>
        </w:tabs>
        <w:ind w:left="360" w:hanging="360"/>
      </w:pPr>
    </w:lvl>
  </w:abstractNum>
  <w:abstractNum w:abstractNumId="8" w15:restartNumberingAfterBreak="0">
    <w:nsid w:val="FFFFFF89"/>
    <w:multiLevelType w:val="singleLevel"/>
    <w:tmpl w:val="29761A62"/>
    <w:lvl w:ilvl="0">
      <w:start w:val="1"/>
      <w:numFmt w:val="bullet"/>
      <w:pStyle w:val="Listepuces"/>
      <w:lvlText w:val=""/>
      <w:lvlJc w:val="left"/>
      <w:pPr>
        <w:tabs>
          <w:tab w:val="num" w:pos="360"/>
        </w:tabs>
        <w:ind w:left="360" w:hanging="360"/>
      </w:pPr>
      <w:rPr>
        <w:rFonts w:ascii="Symbol" w:hAnsi="Symbol" w:hint="default"/>
      </w:rPr>
    </w:lvl>
  </w:abstractNum>
  <w:abstractNum w:abstractNumId="9" w15:restartNumberingAfterBreak="0">
    <w:nsid w:val="769E5A1F"/>
    <w:multiLevelType w:val="hybridMultilevel"/>
    <w:tmpl w:val="665AE594"/>
    <w:lvl w:ilvl="0" w:tplc="2CC4CA38">
      <w:start w:val="1"/>
      <w:numFmt w:val="bullet"/>
      <w:lvlText w:val="-"/>
      <w:lvlJc w:val="left"/>
      <w:pPr>
        <w:ind w:left="720" w:hanging="360"/>
      </w:pPr>
      <w:rPr>
        <w:rFonts w:ascii="Times New Roman" w:eastAsiaTheme="minorEastAsia" w:hAnsi="Times New Roman" w:cs="Times New Roman"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num w:numId="1" w16cid:durableId="1156531238">
    <w:abstractNumId w:val="8"/>
  </w:num>
  <w:num w:numId="2" w16cid:durableId="1260720677">
    <w:abstractNumId w:val="6"/>
  </w:num>
  <w:num w:numId="3" w16cid:durableId="1854341476">
    <w:abstractNumId w:val="5"/>
  </w:num>
  <w:num w:numId="4" w16cid:durableId="1771654660">
    <w:abstractNumId w:val="4"/>
  </w:num>
  <w:num w:numId="5" w16cid:durableId="82343073">
    <w:abstractNumId w:val="7"/>
  </w:num>
  <w:num w:numId="6" w16cid:durableId="1440300163">
    <w:abstractNumId w:val="3"/>
  </w:num>
  <w:num w:numId="7" w16cid:durableId="1559975479">
    <w:abstractNumId w:val="2"/>
  </w:num>
  <w:num w:numId="8" w16cid:durableId="1370911940">
    <w:abstractNumId w:val="1"/>
  </w:num>
  <w:num w:numId="9" w16cid:durableId="1219778775">
    <w:abstractNumId w:val="0"/>
  </w:num>
  <w:num w:numId="10" w16cid:durableId="1885604874">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hyphenationZone w:val="425"/>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47730"/>
    <w:rsid w:val="00034616"/>
    <w:rsid w:val="0006063C"/>
    <w:rsid w:val="0015074B"/>
    <w:rsid w:val="00157EEB"/>
    <w:rsid w:val="001F6F88"/>
    <w:rsid w:val="002327B1"/>
    <w:rsid w:val="0029639D"/>
    <w:rsid w:val="002B4EAC"/>
    <w:rsid w:val="00326F90"/>
    <w:rsid w:val="004A7A79"/>
    <w:rsid w:val="00560D2E"/>
    <w:rsid w:val="006F4E6D"/>
    <w:rsid w:val="007E1584"/>
    <w:rsid w:val="00A949F2"/>
    <w:rsid w:val="00AA1D8D"/>
    <w:rsid w:val="00B30DCF"/>
    <w:rsid w:val="00B47730"/>
    <w:rsid w:val="00B82CBE"/>
    <w:rsid w:val="00CB0664"/>
    <w:rsid w:val="00E12D6C"/>
    <w:rsid w:val="00E3542B"/>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3EF1C3CE"/>
  <w14:defaultImageDpi w14:val="300"/>
  <w15:docId w15:val="{C6ACADC7-422B-4F8D-B259-FA6461D3D17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C693F"/>
  </w:style>
  <w:style w:type="paragraph" w:styleId="Titre1">
    <w:name w:val="heading 1"/>
    <w:basedOn w:val="Normal"/>
    <w:next w:val="Normal"/>
    <w:link w:val="Titre1C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Titre2">
    <w:name w:val="heading 2"/>
    <w:basedOn w:val="Normal"/>
    <w:next w:val="Normal"/>
    <w:link w:val="Titre2C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Titre3">
    <w:name w:val="heading 3"/>
    <w:basedOn w:val="Normal"/>
    <w:next w:val="Normal"/>
    <w:link w:val="Titre3C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Titre4">
    <w:name w:val="heading 4"/>
    <w:basedOn w:val="Normal"/>
    <w:next w:val="Normal"/>
    <w:link w:val="Titre4C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Titre5">
    <w:name w:val="heading 5"/>
    <w:basedOn w:val="Normal"/>
    <w:next w:val="Normal"/>
    <w:link w:val="Titre5C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Titre6">
    <w:name w:val="heading 6"/>
    <w:basedOn w:val="Normal"/>
    <w:next w:val="Normal"/>
    <w:link w:val="Titre6C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Titre7">
    <w:name w:val="heading 7"/>
    <w:basedOn w:val="Normal"/>
    <w:next w:val="Normal"/>
    <w:link w:val="Titre7C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Titre8">
    <w:name w:val="heading 8"/>
    <w:basedOn w:val="Normal"/>
    <w:next w:val="Normal"/>
    <w:link w:val="Titre8C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Titre9">
    <w:name w:val="heading 9"/>
    <w:basedOn w:val="Normal"/>
    <w:next w:val="Normal"/>
    <w:link w:val="Titre9C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En-tte">
    <w:name w:val="header"/>
    <w:basedOn w:val="Normal"/>
    <w:link w:val="En-tteCar"/>
    <w:uiPriority w:val="99"/>
    <w:unhideWhenUsed/>
    <w:rsid w:val="00E618BF"/>
    <w:pPr>
      <w:tabs>
        <w:tab w:val="center" w:pos="4680"/>
        <w:tab w:val="right" w:pos="9360"/>
      </w:tabs>
      <w:spacing w:after="0" w:line="240" w:lineRule="auto"/>
    </w:pPr>
  </w:style>
  <w:style w:type="character" w:customStyle="1" w:styleId="En-tteCar">
    <w:name w:val="En-tête Car"/>
    <w:basedOn w:val="Policepardfaut"/>
    <w:link w:val="En-tte"/>
    <w:uiPriority w:val="99"/>
    <w:rsid w:val="00E618BF"/>
  </w:style>
  <w:style w:type="paragraph" w:styleId="Pieddepage">
    <w:name w:val="footer"/>
    <w:basedOn w:val="Normal"/>
    <w:link w:val="PieddepageCar"/>
    <w:uiPriority w:val="99"/>
    <w:unhideWhenUsed/>
    <w:rsid w:val="00E618BF"/>
    <w:pPr>
      <w:tabs>
        <w:tab w:val="center" w:pos="4680"/>
        <w:tab w:val="right" w:pos="9360"/>
      </w:tabs>
      <w:spacing w:after="0" w:line="240" w:lineRule="auto"/>
    </w:pPr>
  </w:style>
  <w:style w:type="character" w:customStyle="1" w:styleId="PieddepageCar">
    <w:name w:val="Pied de page Car"/>
    <w:basedOn w:val="Policepardfaut"/>
    <w:link w:val="Pieddepage"/>
    <w:uiPriority w:val="99"/>
    <w:rsid w:val="00E618BF"/>
  </w:style>
  <w:style w:type="paragraph" w:styleId="Sansinterligne">
    <w:name w:val="No Spacing"/>
    <w:uiPriority w:val="1"/>
    <w:qFormat/>
    <w:rsid w:val="00FC693F"/>
    <w:pPr>
      <w:spacing w:after="0" w:line="240" w:lineRule="auto"/>
    </w:pPr>
  </w:style>
  <w:style w:type="character" w:customStyle="1" w:styleId="Titre1Car">
    <w:name w:val="Titre 1 Car"/>
    <w:basedOn w:val="Policepardfaut"/>
    <w:link w:val="Titre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Titre2Car">
    <w:name w:val="Titre 2 Car"/>
    <w:basedOn w:val="Policepardfaut"/>
    <w:link w:val="Titre2"/>
    <w:uiPriority w:val="9"/>
    <w:rsid w:val="00FC693F"/>
    <w:rPr>
      <w:rFonts w:asciiTheme="majorHAnsi" w:eastAsiaTheme="majorEastAsia" w:hAnsiTheme="majorHAnsi" w:cstheme="majorBidi"/>
      <w:b/>
      <w:bCs/>
      <w:color w:val="4F81BD" w:themeColor="accent1"/>
      <w:sz w:val="26"/>
      <w:szCs w:val="26"/>
    </w:rPr>
  </w:style>
  <w:style w:type="character" w:customStyle="1" w:styleId="Titre3Car">
    <w:name w:val="Titre 3 Car"/>
    <w:basedOn w:val="Policepardfaut"/>
    <w:link w:val="Titre3"/>
    <w:uiPriority w:val="9"/>
    <w:rsid w:val="00FC693F"/>
    <w:rPr>
      <w:rFonts w:asciiTheme="majorHAnsi" w:eastAsiaTheme="majorEastAsia" w:hAnsiTheme="majorHAnsi" w:cstheme="majorBidi"/>
      <w:b/>
      <w:bCs/>
      <w:color w:val="4F81BD" w:themeColor="accent1"/>
    </w:rPr>
  </w:style>
  <w:style w:type="paragraph" w:styleId="Titre">
    <w:name w:val="Title"/>
    <w:basedOn w:val="Normal"/>
    <w:next w:val="Normal"/>
    <w:link w:val="TitreC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reCar">
    <w:name w:val="Titre Car"/>
    <w:basedOn w:val="Policepardfaut"/>
    <w:link w:val="Titr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ous-titre">
    <w:name w:val="Subtitle"/>
    <w:basedOn w:val="Normal"/>
    <w:next w:val="Normal"/>
    <w:link w:val="Sous-titreC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ous-titreCar">
    <w:name w:val="Sous-titre Car"/>
    <w:basedOn w:val="Policepardfaut"/>
    <w:link w:val="Sous-titre"/>
    <w:uiPriority w:val="11"/>
    <w:rsid w:val="00FC693F"/>
    <w:rPr>
      <w:rFonts w:asciiTheme="majorHAnsi" w:eastAsiaTheme="majorEastAsia" w:hAnsiTheme="majorHAnsi" w:cstheme="majorBidi"/>
      <w:i/>
      <w:iCs/>
      <w:color w:val="4F81BD" w:themeColor="accent1"/>
      <w:spacing w:val="15"/>
      <w:sz w:val="24"/>
      <w:szCs w:val="24"/>
    </w:rPr>
  </w:style>
  <w:style w:type="paragraph" w:styleId="Paragraphedeliste">
    <w:name w:val="List Paragraph"/>
    <w:basedOn w:val="Normal"/>
    <w:uiPriority w:val="34"/>
    <w:qFormat/>
    <w:rsid w:val="00FC693F"/>
    <w:pPr>
      <w:ind w:left="720"/>
      <w:contextualSpacing/>
    </w:pPr>
  </w:style>
  <w:style w:type="paragraph" w:styleId="Corpsdetexte">
    <w:name w:val="Body Text"/>
    <w:basedOn w:val="Normal"/>
    <w:link w:val="CorpsdetexteCar"/>
    <w:uiPriority w:val="99"/>
    <w:unhideWhenUsed/>
    <w:rsid w:val="00AA1D8D"/>
    <w:pPr>
      <w:spacing w:after="120"/>
    </w:pPr>
  </w:style>
  <w:style w:type="character" w:customStyle="1" w:styleId="CorpsdetexteCar">
    <w:name w:val="Corps de texte Car"/>
    <w:basedOn w:val="Policepardfaut"/>
    <w:link w:val="Corpsdetexte"/>
    <w:uiPriority w:val="99"/>
    <w:rsid w:val="00AA1D8D"/>
  </w:style>
  <w:style w:type="paragraph" w:styleId="Corpsdetexte2">
    <w:name w:val="Body Text 2"/>
    <w:basedOn w:val="Normal"/>
    <w:link w:val="Corpsdetexte2Car"/>
    <w:uiPriority w:val="99"/>
    <w:unhideWhenUsed/>
    <w:rsid w:val="00AA1D8D"/>
    <w:pPr>
      <w:spacing w:after="120" w:line="480" w:lineRule="auto"/>
    </w:pPr>
  </w:style>
  <w:style w:type="character" w:customStyle="1" w:styleId="Corpsdetexte2Car">
    <w:name w:val="Corps de texte 2 Car"/>
    <w:basedOn w:val="Policepardfaut"/>
    <w:link w:val="Corpsdetexte2"/>
    <w:uiPriority w:val="99"/>
    <w:rsid w:val="00AA1D8D"/>
  </w:style>
  <w:style w:type="paragraph" w:styleId="Corpsdetexte3">
    <w:name w:val="Body Text 3"/>
    <w:basedOn w:val="Normal"/>
    <w:link w:val="Corpsdetexte3Car"/>
    <w:uiPriority w:val="99"/>
    <w:unhideWhenUsed/>
    <w:rsid w:val="00AA1D8D"/>
    <w:pPr>
      <w:spacing w:after="120"/>
    </w:pPr>
    <w:rPr>
      <w:sz w:val="16"/>
      <w:szCs w:val="16"/>
    </w:rPr>
  </w:style>
  <w:style w:type="character" w:customStyle="1" w:styleId="Corpsdetexte3Car">
    <w:name w:val="Corps de texte 3 Car"/>
    <w:basedOn w:val="Policepardfaut"/>
    <w:link w:val="Corpsdetexte3"/>
    <w:uiPriority w:val="99"/>
    <w:rsid w:val="00AA1D8D"/>
    <w:rPr>
      <w:sz w:val="16"/>
      <w:szCs w:val="16"/>
    </w:rPr>
  </w:style>
  <w:style w:type="paragraph" w:styleId="Liste">
    <w:name w:val="List"/>
    <w:basedOn w:val="Normal"/>
    <w:uiPriority w:val="99"/>
    <w:unhideWhenUsed/>
    <w:rsid w:val="00AA1D8D"/>
    <w:pPr>
      <w:ind w:left="360" w:hanging="360"/>
      <w:contextualSpacing/>
    </w:pPr>
  </w:style>
  <w:style w:type="paragraph" w:styleId="Liste2">
    <w:name w:val="List 2"/>
    <w:basedOn w:val="Normal"/>
    <w:uiPriority w:val="99"/>
    <w:unhideWhenUsed/>
    <w:rsid w:val="00326F90"/>
    <w:pPr>
      <w:ind w:left="720" w:hanging="360"/>
      <w:contextualSpacing/>
    </w:pPr>
  </w:style>
  <w:style w:type="paragraph" w:styleId="Liste3">
    <w:name w:val="List 3"/>
    <w:basedOn w:val="Normal"/>
    <w:uiPriority w:val="99"/>
    <w:unhideWhenUsed/>
    <w:rsid w:val="00326F90"/>
    <w:pPr>
      <w:ind w:left="1080" w:hanging="360"/>
      <w:contextualSpacing/>
    </w:pPr>
  </w:style>
  <w:style w:type="paragraph" w:styleId="Listepuces">
    <w:name w:val="List Bullet"/>
    <w:basedOn w:val="Normal"/>
    <w:uiPriority w:val="99"/>
    <w:unhideWhenUsed/>
    <w:rsid w:val="00326F90"/>
    <w:pPr>
      <w:numPr>
        <w:numId w:val="1"/>
      </w:numPr>
      <w:contextualSpacing/>
    </w:pPr>
  </w:style>
  <w:style w:type="paragraph" w:styleId="Listepuces2">
    <w:name w:val="List Bullet 2"/>
    <w:basedOn w:val="Normal"/>
    <w:uiPriority w:val="99"/>
    <w:unhideWhenUsed/>
    <w:rsid w:val="00326F90"/>
    <w:pPr>
      <w:numPr>
        <w:numId w:val="2"/>
      </w:numPr>
      <w:contextualSpacing/>
    </w:pPr>
  </w:style>
  <w:style w:type="paragraph" w:styleId="Listepuces3">
    <w:name w:val="List Bullet 3"/>
    <w:basedOn w:val="Normal"/>
    <w:uiPriority w:val="99"/>
    <w:unhideWhenUsed/>
    <w:rsid w:val="00326F90"/>
    <w:pPr>
      <w:numPr>
        <w:numId w:val="3"/>
      </w:numPr>
      <w:contextualSpacing/>
    </w:pPr>
  </w:style>
  <w:style w:type="paragraph" w:styleId="Listenumros">
    <w:name w:val="List Number"/>
    <w:basedOn w:val="Normal"/>
    <w:uiPriority w:val="99"/>
    <w:unhideWhenUsed/>
    <w:rsid w:val="00326F90"/>
    <w:pPr>
      <w:numPr>
        <w:numId w:val="5"/>
      </w:numPr>
      <w:contextualSpacing/>
    </w:pPr>
  </w:style>
  <w:style w:type="paragraph" w:styleId="Listenumros2">
    <w:name w:val="List Number 2"/>
    <w:basedOn w:val="Normal"/>
    <w:uiPriority w:val="99"/>
    <w:unhideWhenUsed/>
    <w:rsid w:val="0029639D"/>
    <w:pPr>
      <w:numPr>
        <w:numId w:val="6"/>
      </w:numPr>
      <w:contextualSpacing/>
    </w:pPr>
  </w:style>
  <w:style w:type="paragraph" w:styleId="Listenumros3">
    <w:name w:val="List Number 3"/>
    <w:basedOn w:val="Normal"/>
    <w:uiPriority w:val="99"/>
    <w:unhideWhenUsed/>
    <w:rsid w:val="0029639D"/>
    <w:pPr>
      <w:numPr>
        <w:numId w:val="7"/>
      </w:numPr>
      <w:contextualSpacing/>
    </w:pPr>
  </w:style>
  <w:style w:type="paragraph" w:styleId="Listecontinue">
    <w:name w:val="List Continue"/>
    <w:basedOn w:val="Normal"/>
    <w:uiPriority w:val="99"/>
    <w:unhideWhenUsed/>
    <w:rsid w:val="0029639D"/>
    <w:pPr>
      <w:spacing w:after="120"/>
      <w:ind w:left="360"/>
      <w:contextualSpacing/>
    </w:pPr>
  </w:style>
  <w:style w:type="paragraph" w:styleId="Listecontinue2">
    <w:name w:val="List Continue 2"/>
    <w:basedOn w:val="Normal"/>
    <w:uiPriority w:val="99"/>
    <w:unhideWhenUsed/>
    <w:rsid w:val="0029639D"/>
    <w:pPr>
      <w:spacing w:after="120"/>
      <w:ind w:left="720"/>
      <w:contextualSpacing/>
    </w:pPr>
  </w:style>
  <w:style w:type="paragraph" w:styleId="Listecontinue3">
    <w:name w:val="List Continue 3"/>
    <w:basedOn w:val="Normal"/>
    <w:uiPriority w:val="99"/>
    <w:unhideWhenUsed/>
    <w:rsid w:val="0029639D"/>
    <w:pPr>
      <w:spacing w:after="120"/>
      <w:ind w:left="1080"/>
      <w:contextualSpacing/>
    </w:pPr>
  </w:style>
  <w:style w:type="paragraph" w:styleId="Textedemacro">
    <w:name w:val="macro"/>
    <w:link w:val="TextedemacroC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TextedemacroCar">
    <w:name w:val="Texte de macro Car"/>
    <w:basedOn w:val="Policepardfaut"/>
    <w:link w:val="Textedemacro"/>
    <w:uiPriority w:val="99"/>
    <w:rsid w:val="0029639D"/>
    <w:rPr>
      <w:rFonts w:ascii="Courier" w:hAnsi="Courier"/>
      <w:sz w:val="20"/>
      <w:szCs w:val="20"/>
    </w:rPr>
  </w:style>
  <w:style w:type="paragraph" w:styleId="Citation">
    <w:name w:val="Quote"/>
    <w:basedOn w:val="Normal"/>
    <w:next w:val="Normal"/>
    <w:link w:val="CitationCar"/>
    <w:uiPriority w:val="29"/>
    <w:qFormat/>
    <w:rsid w:val="00FC693F"/>
    <w:rPr>
      <w:i/>
      <w:iCs/>
      <w:color w:val="000000" w:themeColor="text1"/>
    </w:rPr>
  </w:style>
  <w:style w:type="character" w:customStyle="1" w:styleId="CitationCar">
    <w:name w:val="Citation Car"/>
    <w:basedOn w:val="Policepardfaut"/>
    <w:link w:val="Citation"/>
    <w:uiPriority w:val="29"/>
    <w:rsid w:val="00FC693F"/>
    <w:rPr>
      <w:i/>
      <w:iCs/>
      <w:color w:val="000000" w:themeColor="text1"/>
    </w:rPr>
  </w:style>
  <w:style w:type="character" w:customStyle="1" w:styleId="Titre4Car">
    <w:name w:val="Titre 4 Car"/>
    <w:basedOn w:val="Policepardfaut"/>
    <w:link w:val="Titre4"/>
    <w:uiPriority w:val="9"/>
    <w:semiHidden/>
    <w:rsid w:val="00FC693F"/>
    <w:rPr>
      <w:rFonts w:asciiTheme="majorHAnsi" w:eastAsiaTheme="majorEastAsia" w:hAnsiTheme="majorHAnsi" w:cstheme="majorBidi"/>
      <w:b/>
      <w:bCs/>
      <w:i/>
      <w:iCs/>
      <w:color w:val="4F81BD" w:themeColor="accent1"/>
    </w:rPr>
  </w:style>
  <w:style w:type="character" w:customStyle="1" w:styleId="Titre5Car">
    <w:name w:val="Titre 5 Car"/>
    <w:basedOn w:val="Policepardfaut"/>
    <w:link w:val="Titre5"/>
    <w:uiPriority w:val="9"/>
    <w:semiHidden/>
    <w:rsid w:val="00FC693F"/>
    <w:rPr>
      <w:rFonts w:asciiTheme="majorHAnsi" w:eastAsiaTheme="majorEastAsia" w:hAnsiTheme="majorHAnsi" w:cstheme="majorBidi"/>
      <w:color w:val="243F60" w:themeColor="accent1" w:themeShade="7F"/>
    </w:rPr>
  </w:style>
  <w:style w:type="character" w:customStyle="1" w:styleId="Titre6Car">
    <w:name w:val="Titre 6 Car"/>
    <w:basedOn w:val="Policepardfaut"/>
    <w:link w:val="Titre6"/>
    <w:uiPriority w:val="9"/>
    <w:semiHidden/>
    <w:rsid w:val="00FC693F"/>
    <w:rPr>
      <w:rFonts w:asciiTheme="majorHAnsi" w:eastAsiaTheme="majorEastAsia" w:hAnsiTheme="majorHAnsi" w:cstheme="majorBidi"/>
      <w:i/>
      <w:iCs/>
      <w:color w:val="243F60" w:themeColor="accent1" w:themeShade="7F"/>
    </w:rPr>
  </w:style>
  <w:style w:type="character" w:customStyle="1" w:styleId="Titre7Car">
    <w:name w:val="Titre 7 Car"/>
    <w:basedOn w:val="Policepardfaut"/>
    <w:link w:val="Titre7"/>
    <w:uiPriority w:val="9"/>
    <w:semiHidden/>
    <w:rsid w:val="00FC693F"/>
    <w:rPr>
      <w:rFonts w:asciiTheme="majorHAnsi" w:eastAsiaTheme="majorEastAsia" w:hAnsiTheme="majorHAnsi" w:cstheme="majorBidi"/>
      <w:i/>
      <w:iCs/>
      <w:color w:val="404040" w:themeColor="text1" w:themeTint="BF"/>
    </w:rPr>
  </w:style>
  <w:style w:type="character" w:customStyle="1" w:styleId="Titre8Car">
    <w:name w:val="Titre 8 Car"/>
    <w:basedOn w:val="Policepardfaut"/>
    <w:link w:val="Titre8"/>
    <w:uiPriority w:val="9"/>
    <w:semiHidden/>
    <w:rsid w:val="00FC693F"/>
    <w:rPr>
      <w:rFonts w:asciiTheme="majorHAnsi" w:eastAsiaTheme="majorEastAsia" w:hAnsiTheme="majorHAnsi" w:cstheme="majorBidi"/>
      <w:color w:val="4F81BD" w:themeColor="accent1"/>
      <w:sz w:val="20"/>
      <w:szCs w:val="20"/>
    </w:rPr>
  </w:style>
  <w:style w:type="character" w:customStyle="1" w:styleId="Titre9Car">
    <w:name w:val="Titre 9 Car"/>
    <w:basedOn w:val="Policepardfaut"/>
    <w:link w:val="Titre9"/>
    <w:uiPriority w:val="9"/>
    <w:semiHidden/>
    <w:rsid w:val="00FC693F"/>
    <w:rPr>
      <w:rFonts w:asciiTheme="majorHAnsi" w:eastAsiaTheme="majorEastAsia" w:hAnsiTheme="majorHAnsi" w:cstheme="majorBidi"/>
      <w:i/>
      <w:iCs/>
      <w:color w:val="404040" w:themeColor="text1" w:themeTint="BF"/>
      <w:sz w:val="20"/>
      <w:szCs w:val="20"/>
    </w:rPr>
  </w:style>
  <w:style w:type="paragraph" w:styleId="Lgende">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lev">
    <w:name w:val="Strong"/>
    <w:basedOn w:val="Policepardfaut"/>
    <w:uiPriority w:val="22"/>
    <w:qFormat/>
    <w:rsid w:val="00FC693F"/>
    <w:rPr>
      <w:b/>
      <w:bCs/>
    </w:rPr>
  </w:style>
  <w:style w:type="character" w:styleId="Accentuation">
    <w:name w:val="Emphasis"/>
    <w:basedOn w:val="Policepardfaut"/>
    <w:uiPriority w:val="20"/>
    <w:qFormat/>
    <w:rsid w:val="00FC693F"/>
    <w:rPr>
      <w:i/>
      <w:iCs/>
    </w:rPr>
  </w:style>
  <w:style w:type="paragraph" w:styleId="Citationintense">
    <w:name w:val="Intense Quote"/>
    <w:basedOn w:val="Normal"/>
    <w:next w:val="Normal"/>
    <w:link w:val="CitationintenseC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CitationintenseCar">
    <w:name w:val="Citation intense Car"/>
    <w:basedOn w:val="Policepardfaut"/>
    <w:link w:val="Citationintense"/>
    <w:uiPriority w:val="30"/>
    <w:rsid w:val="00FC693F"/>
    <w:rPr>
      <w:b/>
      <w:bCs/>
      <w:i/>
      <w:iCs/>
      <w:color w:val="4F81BD" w:themeColor="accent1"/>
    </w:rPr>
  </w:style>
  <w:style w:type="character" w:styleId="Accentuationlgre">
    <w:name w:val="Subtle Emphasis"/>
    <w:basedOn w:val="Policepardfaut"/>
    <w:uiPriority w:val="19"/>
    <w:qFormat/>
    <w:rsid w:val="00FC693F"/>
    <w:rPr>
      <w:i/>
      <w:iCs/>
      <w:color w:val="808080" w:themeColor="text1" w:themeTint="7F"/>
    </w:rPr>
  </w:style>
  <w:style w:type="character" w:styleId="Accentuationintense">
    <w:name w:val="Intense Emphasis"/>
    <w:basedOn w:val="Policepardfaut"/>
    <w:uiPriority w:val="21"/>
    <w:qFormat/>
    <w:rsid w:val="00FC693F"/>
    <w:rPr>
      <w:b/>
      <w:bCs/>
      <w:i/>
      <w:iCs/>
      <w:color w:val="4F81BD" w:themeColor="accent1"/>
    </w:rPr>
  </w:style>
  <w:style w:type="character" w:styleId="Rfrencelgre">
    <w:name w:val="Subtle Reference"/>
    <w:basedOn w:val="Policepardfaut"/>
    <w:uiPriority w:val="31"/>
    <w:qFormat/>
    <w:rsid w:val="00FC693F"/>
    <w:rPr>
      <w:smallCaps/>
      <w:color w:val="C0504D" w:themeColor="accent2"/>
      <w:u w:val="single"/>
    </w:rPr>
  </w:style>
  <w:style w:type="character" w:styleId="Rfrenceintense">
    <w:name w:val="Intense Reference"/>
    <w:basedOn w:val="Policepardfaut"/>
    <w:uiPriority w:val="32"/>
    <w:qFormat/>
    <w:rsid w:val="00FC693F"/>
    <w:rPr>
      <w:b/>
      <w:bCs/>
      <w:smallCaps/>
      <w:color w:val="C0504D" w:themeColor="accent2"/>
      <w:spacing w:val="5"/>
      <w:u w:val="single"/>
    </w:rPr>
  </w:style>
  <w:style w:type="character" w:styleId="Titredulivre">
    <w:name w:val="Book Title"/>
    <w:basedOn w:val="Policepardfaut"/>
    <w:uiPriority w:val="33"/>
    <w:qFormat/>
    <w:rsid w:val="00FC693F"/>
    <w:rPr>
      <w:b/>
      <w:bCs/>
      <w:smallCaps/>
      <w:spacing w:val="5"/>
    </w:rPr>
  </w:style>
  <w:style w:type="paragraph" w:styleId="En-ttedetabledesmatires">
    <w:name w:val="TOC Heading"/>
    <w:basedOn w:val="Titre1"/>
    <w:next w:val="Normal"/>
    <w:uiPriority w:val="39"/>
    <w:semiHidden/>
    <w:unhideWhenUsed/>
    <w:qFormat/>
    <w:rsid w:val="00FC693F"/>
    <w:pPr>
      <w:outlineLvl w:val="9"/>
    </w:pPr>
  </w:style>
  <w:style w:type="table" w:styleId="Grilledutableau">
    <w:name w:val="Table Grid"/>
    <w:basedOn w:val="TableauNormal"/>
    <w:uiPriority w:val="59"/>
    <w:rsid w:val="00FC693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Ombrageclair">
    <w:name w:val="Light Shading"/>
    <w:basedOn w:val="TableauNormal"/>
    <w:uiPriority w:val="60"/>
    <w:rsid w:val="00FC693F"/>
    <w:pPr>
      <w:spacing w:after="0" w:line="240" w:lineRule="auto"/>
    </w:pPr>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Trameclaire-Accent1">
    <w:name w:val="Light Shading Accent 1"/>
    <w:basedOn w:val="TableauNormal"/>
    <w:uiPriority w:val="60"/>
    <w:rsid w:val="00FC693F"/>
    <w:pPr>
      <w:spacing w:after="0" w:line="240" w:lineRule="auto"/>
    </w:pPr>
    <w:rPr>
      <w:color w:val="365F91" w:themeColor="accent1" w:themeShade="BF"/>
    </w:rPr>
    <w:tblPr>
      <w:tblStyleRowBandSize w:val="1"/>
      <w:tblStyleColBandSize w:val="1"/>
      <w:tblBorders>
        <w:top w:val="single" w:sz="8" w:space="0" w:color="4F81BD" w:themeColor="accent1"/>
        <w:bottom w:val="single" w:sz="8" w:space="0" w:color="4F81BD" w:themeColor="accent1"/>
      </w:tblBorders>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Trameclaire-Accent2">
    <w:name w:val="Light Shading Accent 2"/>
    <w:basedOn w:val="TableauNormal"/>
    <w:uiPriority w:val="60"/>
    <w:rsid w:val="00FC693F"/>
    <w:pPr>
      <w:spacing w:after="0" w:line="240" w:lineRule="auto"/>
    </w:pPr>
    <w:rPr>
      <w:color w:val="943634" w:themeColor="accent2" w:themeShade="BF"/>
    </w:rPr>
    <w:tblPr>
      <w:tblStyleRowBandSize w:val="1"/>
      <w:tblStyleColBandSize w:val="1"/>
      <w:tblBorders>
        <w:top w:val="single" w:sz="8" w:space="0" w:color="C0504D" w:themeColor="accent2"/>
        <w:bottom w:val="single" w:sz="8" w:space="0" w:color="C0504D" w:themeColor="accent2"/>
      </w:tblBorders>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Trameclaire-Accent3">
    <w:name w:val="Light Shading Accent 3"/>
    <w:basedOn w:val="TableauNormal"/>
    <w:uiPriority w:val="60"/>
    <w:rsid w:val="00FC693F"/>
    <w:pPr>
      <w:spacing w:after="0" w:line="240" w:lineRule="auto"/>
    </w:pPr>
    <w:rPr>
      <w:color w:val="76923C" w:themeColor="accent3" w:themeShade="BF"/>
    </w:rPr>
    <w:tblPr>
      <w:tblStyleRowBandSize w:val="1"/>
      <w:tblStyleColBandSize w:val="1"/>
      <w:tblBorders>
        <w:top w:val="single" w:sz="8" w:space="0" w:color="9BBB59" w:themeColor="accent3"/>
        <w:bottom w:val="single" w:sz="8" w:space="0" w:color="9BBB59" w:themeColor="accent3"/>
      </w:tblBorders>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Trameclaire-Accent4">
    <w:name w:val="Light Shading Accent 4"/>
    <w:basedOn w:val="TableauNormal"/>
    <w:uiPriority w:val="60"/>
    <w:rsid w:val="00FC693F"/>
    <w:pPr>
      <w:spacing w:after="0" w:line="240" w:lineRule="auto"/>
    </w:pPr>
    <w:rPr>
      <w:color w:val="5F497A" w:themeColor="accent4" w:themeShade="BF"/>
    </w:rPr>
    <w:tblPr>
      <w:tblStyleRowBandSize w:val="1"/>
      <w:tblStyleColBandSize w:val="1"/>
      <w:tblBorders>
        <w:top w:val="single" w:sz="8" w:space="0" w:color="8064A2" w:themeColor="accent4"/>
        <w:bottom w:val="single" w:sz="8" w:space="0" w:color="8064A2" w:themeColor="accent4"/>
      </w:tblBorders>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Trameclaire-Accent5">
    <w:name w:val="Light Shading Accent 5"/>
    <w:basedOn w:val="TableauNormal"/>
    <w:uiPriority w:val="60"/>
    <w:rsid w:val="00FC693F"/>
    <w:pPr>
      <w:spacing w:after="0" w:line="240" w:lineRule="auto"/>
    </w:pPr>
    <w:rPr>
      <w:color w:val="31849B" w:themeColor="accent5" w:themeShade="BF"/>
    </w:rPr>
    <w:tblPr>
      <w:tblStyleRowBandSize w:val="1"/>
      <w:tblStyleColBandSize w:val="1"/>
      <w:tblBorders>
        <w:top w:val="single" w:sz="8" w:space="0" w:color="4BACC6" w:themeColor="accent5"/>
        <w:bottom w:val="single" w:sz="8" w:space="0" w:color="4BACC6" w:themeColor="accent5"/>
      </w:tblBorders>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Trameclaire-Accent6">
    <w:name w:val="Light Shading Accent 6"/>
    <w:basedOn w:val="TableauNormal"/>
    <w:uiPriority w:val="60"/>
    <w:rsid w:val="00FC693F"/>
    <w:pPr>
      <w:spacing w:after="0" w:line="240" w:lineRule="auto"/>
    </w:pPr>
    <w:rPr>
      <w:color w:val="E36C0A" w:themeColor="accent6" w:themeShade="BF"/>
    </w:rPr>
    <w:tblPr>
      <w:tblStyleRowBandSize w:val="1"/>
      <w:tblStyleColBandSize w:val="1"/>
      <w:tblBorders>
        <w:top w:val="single" w:sz="8" w:space="0" w:color="F79646" w:themeColor="accent6"/>
        <w:bottom w:val="single" w:sz="8" w:space="0" w:color="F79646" w:themeColor="accent6"/>
      </w:tblBorders>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steclaire">
    <w:name w:val="Light List"/>
    <w:basedOn w:val="TableauNormal"/>
    <w:uiPriority w:val="61"/>
    <w:rsid w:val="00FC693F"/>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steclaire-Accent1">
    <w:name w:val="Light List Accent 1"/>
    <w:basedOn w:val="TableauNormal"/>
    <w:uiPriority w:val="61"/>
    <w:rsid w:val="00FC693F"/>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steclaire-Accent2">
    <w:name w:val="Light List Accent 2"/>
    <w:basedOn w:val="TableauNormal"/>
    <w:uiPriority w:val="61"/>
    <w:rsid w:val="00CB0664"/>
    <w:pPr>
      <w:spacing w:after="0" w:line="240" w:lineRule="auto"/>
    </w:p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steclaire-Accent3">
    <w:name w:val="Light List Accent 3"/>
    <w:basedOn w:val="TableauNormal"/>
    <w:uiPriority w:val="61"/>
    <w:rsid w:val="00CB0664"/>
    <w:pPr>
      <w:spacing w:after="0" w:line="240" w:lineRule="auto"/>
    </w:p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steclaire-Accent4">
    <w:name w:val="Light List Accent 4"/>
    <w:basedOn w:val="TableauNormal"/>
    <w:uiPriority w:val="61"/>
    <w:rsid w:val="00CB0664"/>
    <w:pPr>
      <w:spacing w:after="0" w:line="240" w:lineRule="auto"/>
    </w:p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steclaire-Accent5">
    <w:name w:val="Light List Accent 5"/>
    <w:basedOn w:val="TableauNormal"/>
    <w:uiPriority w:val="61"/>
    <w:rsid w:val="00CB0664"/>
    <w:pPr>
      <w:spacing w:after="0" w:line="240" w:lineRule="auto"/>
    </w:p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steclaire-Accent6">
    <w:name w:val="Light List Accent 6"/>
    <w:basedOn w:val="TableauNormal"/>
    <w:uiPriority w:val="61"/>
    <w:rsid w:val="00CB0664"/>
    <w:pPr>
      <w:spacing w:after="0" w:line="240" w:lineRule="auto"/>
    </w:p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Grilleclaire">
    <w:name w:val="Light Grid"/>
    <w:basedOn w:val="TableauNormal"/>
    <w:uiPriority w:val="62"/>
    <w:rsid w:val="00CB0664"/>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Grilleclaire-Accent1">
    <w:name w:val="Light Grid Accent 1"/>
    <w:basedOn w:val="TableauNormal"/>
    <w:uiPriority w:val="62"/>
    <w:rsid w:val="00CB0664"/>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Grilleclaire-Accent2">
    <w:name w:val="Light Grid Accent 2"/>
    <w:basedOn w:val="TableauNormal"/>
    <w:uiPriority w:val="62"/>
    <w:rsid w:val="00CB0664"/>
    <w:pPr>
      <w:spacing w:after="0" w:line="240" w:lineRule="auto"/>
    </w:p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Grilleclaire-Accent3">
    <w:name w:val="Light Grid Accent 3"/>
    <w:basedOn w:val="TableauNormal"/>
    <w:uiPriority w:val="62"/>
    <w:rsid w:val="00CB0664"/>
    <w:pPr>
      <w:spacing w:after="0" w:line="240" w:lineRule="auto"/>
    </w:p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Grilleclaire-Accent4">
    <w:name w:val="Light Grid Accent 4"/>
    <w:basedOn w:val="TableauNormal"/>
    <w:uiPriority w:val="62"/>
    <w:rsid w:val="00CB0664"/>
    <w:pPr>
      <w:spacing w:after="0" w:line="240" w:lineRule="auto"/>
    </w:p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Grilleclaire-Accent5">
    <w:name w:val="Light Grid Accent 5"/>
    <w:basedOn w:val="TableauNormal"/>
    <w:uiPriority w:val="62"/>
    <w:rsid w:val="00CB0664"/>
    <w:pPr>
      <w:spacing w:after="0" w:line="240" w:lineRule="auto"/>
    </w:p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Grilleclaire-Accent6">
    <w:name w:val="Light Grid Accent 6"/>
    <w:basedOn w:val="TableauNormal"/>
    <w:uiPriority w:val="62"/>
    <w:rsid w:val="00CB0664"/>
    <w:pPr>
      <w:spacing w:after="0" w:line="240" w:lineRule="auto"/>
    </w:p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Tramemoyenne1">
    <w:name w:val="Medium Shading 1"/>
    <w:basedOn w:val="TableauNormal"/>
    <w:uiPriority w:val="63"/>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Tramemoyenne1-Accent1">
    <w:name w:val="Medium Shading 1 Accent 1"/>
    <w:basedOn w:val="TableauNormal"/>
    <w:uiPriority w:val="63"/>
    <w:rsid w:val="00CB0664"/>
    <w:pPr>
      <w:spacing w:after="0" w:line="240" w:lineRule="auto"/>
    </w:p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Tramemoyenne1-Accent2">
    <w:name w:val="Medium Shading 1 Accent 2"/>
    <w:basedOn w:val="TableauNormal"/>
    <w:uiPriority w:val="63"/>
    <w:rsid w:val="00CB0664"/>
    <w:pPr>
      <w:spacing w:after="0" w:line="240" w:lineRule="auto"/>
    </w:pPr>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Tramemoyenne1-Accent3">
    <w:name w:val="Medium Shading 1 Accent 3"/>
    <w:basedOn w:val="TableauNormal"/>
    <w:uiPriority w:val="63"/>
    <w:rsid w:val="00CB0664"/>
    <w:pPr>
      <w:spacing w:after="0" w:line="240" w:lineRule="auto"/>
    </w:pPr>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Tramemoyenne1-Accent4">
    <w:name w:val="Medium Shading 1 Accent 4"/>
    <w:basedOn w:val="TableauNormal"/>
    <w:uiPriority w:val="63"/>
    <w:rsid w:val="00CB0664"/>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Tramemoyenne1-Accent5">
    <w:name w:val="Medium Shading 1 Accent 5"/>
    <w:basedOn w:val="TableauNormal"/>
    <w:uiPriority w:val="63"/>
    <w:rsid w:val="00CB0664"/>
    <w:pPr>
      <w:spacing w:after="0" w:line="240" w:lineRule="auto"/>
    </w:p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Tramemoyenne1-Accent6">
    <w:name w:val="Medium Shading 1 Accent 6"/>
    <w:basedOn w:val="TableauNormal"/>
    <w:uiPriority w:val="63"/>
    <w:rsid w:val="00CB0664"/>
    <w:pPr>
      <w:spacing w:after="0" w:line="240" w:lineRule="auto"/>
    </w:pPr>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Tramemoyenne2">
    <w:name w:val="Medium Shading 2"/>
    <w:basedOn w:val="Tableau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Tramemoyenne2-Accent1">
    <w:name w:val="Medium Shading 2 Accent 1"/>
    <w:basedOn w:val="Tableau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Tramemoyenne2-Accent2">
    <w:name w:val="Medium Shading 2 Accent 2"/>
    <w:basedOn w:val="Tableau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Tramemoyenne2-Accent3">
    <w:name w:val="Medium Shading 2 Accent 3"/>
    <w:basedOn w:val="Tableau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Tramemoyenne2-Accent4">
    <w:name w:val="Medium Shading 2 Accent 4"/>
    <w:basedOn w:val="Tableau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Tramemoyenne2-Accent5">
    <w:name w:val="Medium Shading 2 Accent 5"/>
    <w:basedOn w:val="Tableau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Tramemoyenne2-Accent6">
    <w:name w:val="Medium Shading 2 Accent 6"/>
    <w:basedOn w:val="Tableau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Listemoyenne1">
    <w:name w:val="Medium List 1"/>
    <w:basedOn w:val="TableauNormal"/>
    <w:uiPriority w:val="65"/>
    <w:rsid w:val="00CB0664"/>
    <w:pPr>
      <w:spacing w:after="0" w:line="240" w:lineRule="auto"/>
    </w:pPr>
    <w:rPr>
      <w:color w:val="000000" w:themeColor="text1"/>
    </w:rPr>
    <w:tblPr>
      <w:tblStyleRowBandSize w:val="1"/>
      <w:tblStyleColBandSize w:val="1"/>
      <w:tblBorders>
        <w:top w:val="single" w:sz="8" w:space="0" w:color="000000" w:themeColor="text1"/>
        <w:bottom w:val="single" w:sz="8" w:space="0" w:color="000000" w:themeColor="text1"/>
      </w:tblBorders>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Listemoyenne1-Accent1">
    <w:name w:val="Medium List 1 Accent 1"/>
    <w:basedOn w:val="TableauNormal"/>
    <w:uiPriority w:val="65"/>
    <w:rsid w:val="00CB0664"/>
    <w:pPr>
      <w:spacing w:after="0" w:line="240" w:lineRule="auto"/>
    </w:pPr>
    <w:rPr>
      <w:color w:val="000000" w:themeColor="text1"/>
    </w:rPr>
    <w:tblPr>
      <w:tblStyleRowBandSize w:val="1"/>
      <w:tblStyleColBandSize w:val="1"/>
      <w:tblBorders>
        <w:top w:val="single" w:sz="8" w:space="0" w:color="4F81BD" w:themeColor="accent1"/>
        <w:bottom w:val="single" w:sz="8" w:space="0" w:color="4F81BD" w:themeColor="accent1"/>
      </w:tblBorders>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Listemoyenne1-Accent2">
    <w:name w:val="Medium List 1 Accent 2"/>
    <w:basedOn w:val="TableauNormal"/>
    <w:uiPriority w:val="65"/>
    <w:rsid w:val="00CB0664"/>
    <w:pPr>
      <w:spacing w:after="0" w:line="240" w:lineRule="auto"/>
    </w:pPr>
    <w:rPr>
      <w:color w:val="000000" w:themeColor="text1"/>
    </w:rPr>
    <w:tblPr>
      <w:tblStyleRowBandSize w:val="1"/>
      <w:tblStyleColBandSize w:val="1"/>
      <w:tblBorders>
        <w:top w:val="single" w:sz="8" w:space="0" w:color="C0504D" w:themeColor="accent2"/>
        <w:bottom w:val="single" w:sz="8" w:space="0" w:color="C0504D" w:themeColor="accent2"/>
      </w:tblBorders>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Listemoyenne1-Accent3">
    <w:name w:val="Medium List 1 Accent 3"/>
    <w:basedOn w:val="TableauNormal"/>
    <w:uiPriority w:val="65"/>
    <w:rsid w:val="00CB0664"/>
    <w:pPr>
      <w:spacing w:after="0" w:line="240" w:lineRule="auto"/>
    </w:pPr>
    <w:rPr>
      <w:color w:val="000000" w:themeColor="text1"/>
    </w:rPr>
    <w:tblPr>
      <w:tblStyleRowBandSize w:val="1"/>
      <w:tblStyleColBandSize w:val="1"/>
      <w:tblBorders>
        <w:top w:val="single" w:sz="8" w:space="0" w:color="9BBB59" w:themeColor="accent3"/>
        <w:bottom w:val="single" w:sz="8" w:space="0" w:color="9BBB59" w:themeColor="accent3"/>
      </w:tblBorders>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Listemoyenne1-Accent4">
    <w:name w:val="Medium List 1 Accent 4"/>
    <w:basedOn w:val="TableauNormal"/>
    <w:uiPriority w:val="65"/>
    <w:rsid w:val="00CB0664"/>
    <w:pPr>
      <w:spacing w:after="0" w:line="240" w:lineRule="auto"/>
    </w:pPr>
    <w:rPr>
      <w:color w:val="000000" w:themeColor="text1"/>
    </w:rPr>
    <w:tblPr>
      <w:tblStyleRowBandSize w:val="1"/>
      <w:tblStyleColBandSize w:val="1"/>
      <w:tblBorders>
        <w:top w:val="single" w:sz="8" w:space="0" w:color="8064A2" w:themeColor="accent4"/>
        <w:bottom w:val="single" w:sz="8" w:space="0" w:color="8064A2" w:themeColor="accent4"/>
      </w:tblBorders>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Listemoyenne1-Accent5">
    <w:name w:val="Medium List 1 Accent 5"/>
    <w:basedOn w:val="TableauNormal"/>
    <w:uiPriority w:val="65"/>
    <w:rsid w:val="00CB0664"/>
    <w:pPr>
      <w:spacing w:after="0" w:line="240" w:lineRule="auto"/>
    </w:pPr>
    <w:rPr>
      <w:color w:val="000000" w:themeColor="text1"/>
    </w:rPr>
    <w:tblPr>
      <w:tblStyleRowBandSize w:val="1"/>
      <w:tblStyleColBandSize w:val="1"/>
      <w:tblBorders>
        <w:top w:val="single" w:sz="8" w:space="0" w:color="4BACC6" w:themeColor="accent5"/>
        <w:bottom w:val="single" w:sz="8" w:space="0" w:color="4BACC6" w:themeColor="accent5"/>
      </w:tblBorders>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Listemoyenne1-Accent6">
    <w:name w:val="Medium List 1 Accent 6"/>
    <w:basedOn w:val="TableauNormal"/>
    <w:uiPriority w:val="65"/>
    <w:rsid w:val="00CB0664"/>
    <w:pPr>
      <w:spacing w:after="0" w:line="240" w:lineRule="auto"/>
    </w:pPr>
    <w:rPr>
      <w:color w:val="000000" w:themeColor="text1"/>
    </w:rPr>
    <w:tblPr>
      <w:tblStyleRowBandSize w:val="1"/>
      <w:tblStyleColBandSize w:val="1"/>
      <w:tblBorders>
        <w:top w:val="single" w:sz="8" w:space="0" w:color="F79646" w:themeColor="accent6"/>
        <w:bottom w:val="single" w:sz="8" w:space="0" w:color="F79646" w:themeColor="accent6"/>
      </w:tblBorders>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Listemoyenne2">
    <w:name w:val="Medium List 2"/>
    <w:basedOn w:val="Tableau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Listemoyenne2-Accent1">
    <w:name w:val="Medium List 2 Accent 1"/>
    <w:basedOn w:val="Tableau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Listemoyenne2-Accent2">
    <w:name w:val="Medium List 2 Accent 2"/>
    <w:basedOn w:val="Tableau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Listemoyenne2-Accent3">
    <w:name w:val="Medium List 2 Accent 3"/>
    <w:basedOn w:val="Tableau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Listemoyenne2-Accent4">
    <w:name w:val="Medium List 2 Accent 4"/>
    <w:basedOn w:val="Tableau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Listemoyenne2-Accent5">
    <w:name w:val="Medium List 2 Accent 5"/>
    <w:basedOn w:val="Tableau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Listemoyenne2-Accent6">
    <w:name w:val="Medium List 2 Accent 6"/>
    <w:basedOn w:val="Tableau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Grillemoyenne1">
    <w:name w:val="Medium Grid 1"/>
    <w:basedOn w:val="TableauNormal"/>
    <w:uiPriority w:val="67"/>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Grillemoyenne1-Accent1">
    <w:name w:val="Medium Grid 1 Accent 1"/>
    <w:basedOn w:val="TableauNormal"/>
    <w:uiPriority w:val="67"/>
    <w:rsid w:val="00CB0664"/>
    <w:pPr>
      <w:spacing w:after="0" w:line="240" w:lineRule="auto"/>
    </w:p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Grillemoyenne1-Accent2">
    <w:name w:val="Medium Grid 1 Accent 2"/>
    <w:basedOn w:val="TableauNormal"/>
    <w:uiPriority w:val="67"/>
    <w:rsid w:val="00CB0664"/>
    <w:pPr>
      <w:spacing w:after="0" w:line="240" w:lineRule="auto"/>
    </w:pPr>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Grillemoyenne1-Accent3">
    <w:name w:val="Medium Grid 1 Accent 3"/>
    <w:basedOn w:val="TableauNormal"/>
    <w:uiPriority w:val="67"/>
    <w:rsid w:val="00CB0664"/>
    <w:pPr>
      <w:spacing w:after="0" w:line="240" w:lineRule="auto"/>
    </w:pPr>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Grillemoyenne1-Accent4">
    <w:name w:val="Medium Grid 1 Accent 4"/>
    <w:basedOn w:val="TableauNormal"/>
    <w:uiPriority w:val="67"/>
    <w:rsid w:val="00CB0664"/>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Grillemoyenne1-Accent5">
    <w:name w:val="Medium Grid 1 Accent 5"/>
    <w:basedOn w:val="TableauNormal"/>
    <w:uiPriority w:val="67"/>
    <w:rsid w:val="00CB0664"/>
    <w:pPr>
      <w:spacing w:after="0" w:line="240" w:lineRule="auto"/>
    </w:p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Grillemoyenne1-Accent6">
    <w:name w:val="Medium Grid 1 Accent 6"/>
    <w:basedOn w:val="TableauNormal"/>
    <w:uiPriority w:val="67"/>
    <w:rsid w:val="00CB0664"/>
    <w:pPr>
      <w:spacing w:after="0" w:line="240" w:lineRule="auto"/>
    </w:pPr>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Grillemoyenne2">
    <w:name w:val="Medium Grid 2"/>
    <w:basedOn w:val="Tableau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Grillemoyenne2-Accent1">
    <w:name w:val="Medium Grid 2 Accent 1"/>
    <w:basedOn w:val="Tableau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Grillemoyenne2-Accent2">
    <w:name w:val="Medium Grid 2 Accent 2"/>
    <w:basedOn w:val="Tableau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Grillemoyenne2-Accent3">
    <w:name w:val="Medium Grid 2 Accent 3"/>
    <w:basedOn w:val="Tableau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Grillemoyenne2-Accent4">
    <w:name w:val="Medium Grid 2 Accent 4"/>
    <w:basedOn w:val="Tableau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Grillemoyenne2-Accent5">
    <w:name w:val="Medium Grid 2 Accent 5"/>
    <w:basedOn w:val="Tableau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Grillemoyenne2-Accent6">
    <w:name w:val="Medium Grid 2 Accent 6"/>
    <w:basedOn w:val="Tableau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Grillemoyenne3">
    <w:name w:val="Medium Grid 3"/>
    <w:basedOn w:val="Tableau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Grillemoyenne3-Accent1">
    <w:name w:val="Medium Grid 3 Accent 1"/>
    <w:basedOn w:val="Tableau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Grillemoyenne3-Accent2">
    <w:name w:val="Medium Grid 3 Accent 2"/>
    <w:basedOn w:val="Tableau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Grillemoyenne3-Accent3">
    <w:name w:val="Medium Grid 3 Accent 3"/>
    <w:basedOn w:val="Tableau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Grillemoyenne3-Accent4">
    <w:name w:val="Medium Grid 3 Accent 4"/>
    <w:basedOn w:val="Tableau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Grillemoyenne3-Accent5">
    <w:name w:val="Medium Grid 3 Accent 5"/>
    <w:basedOn w:val="Tableau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Grillemoyenne3-Accent6">
    <w:name w:val="Medium Grid 3 Accent 6"/>
    <w:basedOn w:val="Tableau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Listefonce">
    <w:name w:val="Dark List"/>
    <w:basedOn w:val="TableauNormal"/>
    <w:uiPriority w:val="70"/>
    <w:rsid w:val="00CB0664"/>
    <w:pPr>
      <w:spacing w:after="0" w:line="240" w:lineRule="auto"/>
    </w:pPr>
    <w:rPr>
      <w:color w:val="FFFFFF" w:themeColor="background1"/>
    </w:rPr>
    <w:tblPr>
      <w:tblStyleRowBandSize w:val="1"/>
      <w:tblStyleColBandSize w:val="1"/>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Listefonce-Accent1">
    <w:name w:val="Dark List Accent 1"/>
    <w:basedOn w:val="TableauNormal"/>
    <w:uiPriority w:val="70"/>
    <w:rsid w:val="00CB0664"/>
    <w:pPr>
      <w:spacing w:after="0" w:line="240" w:lineRule="auto"/>
    </w:pPr>
    <w:rPr>
      <w:color w:val="FFFFFF" w:themeColor="background1"/>
    </w:rPr>
    <w:tblPr>
      <w:tblStyleRowBandSize w:val="1"/>
      <w:tblStyleColBandSize w:val="1"/>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Listefonce-Accent2">
    <w:name w:val="Dark List Accent 2"/>
    <w:basedOn w:val="TableauNormal"/>
    <w:uiPriority w:val="70"/>
    <w:rsid w:val="00CB0664"/>
    <w:pPr>
      <w:spacing w:after="0" w:line="240" w:lineRule="auto"/>
    </w:pPr>
    <w:rPr>
      <w:color w:val="FFFFFF" w:themeColor="background1"/>
    </w:rPr>
    <w:tblPr>
      <w:tblStyleRowBandSize w:val="1"/>
      <w:tblStyleColBandSize w:val="1"/>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Listefonce-Accent3">
    <w:name w:val="Dark List Accent 3"/>
    <w:basedOn w:val="TableauNormal"/>
    <w:uiPriority w:val="70"/>
    <w:rsid w:val="00CB0664"/>
    <w:pPr>
      <w:spacing w:after="0" w:line="240" w:lineRule="auto"/>
    </w:pPr>
    <w:rPr>
      <w:color w:val="FFFFFF" w:themeColor="background1"/>
    </w:rPr>
    <w:tblPr>
      <w:tblStyleRowBandSize w:val="1"/>
      <w:tblStyleColBandSize w:val="1"/>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Listefonce-Accent4">
    <w:name w:val="Dark List Accent 4"/>
    <w:basedOn w:val="TableauNormal"/>
    <w:uiPriority w:val="70"/>
    <w:rsid w:val="00CB0664"/>
    <w:pPr>
      <w:spacing w:after="0" w:line="240" w:lineRule="auto"/>
    </w:pPr>
    <w:rPr>
      <w:color w:val="FFFFFF" w:themeColor="background1"/>
    </w:rPr>
    <w:tblPr>
      <w:tblStyleRowBandSize w:val="1"/>
      <w:tblStyleColBandSize w:val="1"/>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Listefonce-Accent5">
    <w:name w:val="Dark List Accent 5"/>
    <w:basedOn w:val="TableauNormal"/>
    <w:uiPriority w:val="70"/>
    <w:rsid w:val="00CB0664"/>
    <w:pPr>
      <w:spacing w:after="0" w:line="240" w:lineRule="auto"/>
    </w:pPr>
    <w:rPr>
      <w:color w:val="FFFFFF" w:themeColor="background1"/>
    </w:rPr>
    <w:tblPr>
      <w:tblStyleRowBandSize w:val="1"/>
      <w:tblStyleColBandSize w:val="1"/>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Listefonce-Accent6">
    <w:name w:val="Dark List Accent 6"/>
    <w:basedOn w:val="TableauNormal"/>
    <w:uiPriority w:val="70"/>
    <w:rsid w:val="00CB0664"/>
    <w:pPr>
      <w:spacing w:after="0" w:line="240" w:lineRule="auto"/>
    </w:pPr>
    <w:rPr>
      <w:color w:val="FFFFFF" w:themeColor="background1"/>
    </w:rPr>
    <w:tblPr>
      <w:tblStyleRowBandSize w:val="1"/>
      <w:tblStyleColBandSize w:val="1"/>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Tramecouleur">
    <w:name w:val="Colorful Shading"/>
    <w:basedOn w:val="Tableau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Tramecouleur-Accent1">
    <w:name w:val="Colorful Shading Accent 1"/>
    <w:basedOn w:val="Tableau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Tramecouleur-Accent2">
    <w:name w:val="Colorful Shading Accent 2"/>
    <w:basedOn w:val="Tableau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Tramecouleur-Accent3">
    <w:name w:val="Colorful Shading Accent 3"/>
    <w:basedOn w:val="TableauNormal"/>
    <w:uiPriority w:val="71"/>
    <w:rsid w:val="00CB0664"/>
    <w:pPr>
      <w:spacing w:after="0" w:line="240" w:lineRule="auto"/>
    </w:pPr>
    <w:rPr>
      <w:color w:val="000000" w:themeColor="text1"/>
    </w:rPr>
    <w:tblPr>
      <w:tblStyleRowBandSize w:val="1"/>
      <w:tblStyleColBandSize w:val="1"/>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Tramecouleur-Accent4">
    <w:name w:val="Colorful Shading Accent 4"/>
    <w:basedOn w:val="TableauNormal"/>
    <w:uiPriority w:val="71"/>
    <w:rsid w:val="00CB0664"/>
    <w:pPr>
      <w:spacing w:after="0" w:line="240" w:lineRule="auto"/>
    </w:pPr>
    <w:rPr>
      <w:color w:val="000000" w:themeColor="text1"/>
    </w:rPr>
    <w:tblPr>
      <w:tblStyleRowBandSize w:val="1"/>
      <w:tblStyleColBandSize w:val="1"/>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Tramecouleur-Accent5">
    <w:name w:val="Colorful Shading Accent 5"/>
    <w:basedOn w:val="TableauNormal"/>
    <w:uiPriority w:val="71"/>
    <w:rsid w:val="00CB0664"/>
    <w:pPr>
      <w:spacing w:after="0" w:line="240" w:lineRule="auto"/>
    </w:pPr>
    <w:rPr>
      <w:color w:val="000000" w:themeColor="text1"/>
    </w:rPr>
    <w:tblPr>
      <w:tblStyleRowBandSize w:val="1"/>
      <w:tblStyleColBandSize w:val="1"/>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Tramecouleur-Accent6">
    <w:name w:val="Colorful Shading Accent 6"/>
    <w:basedOn w:val="TableauNormal"/>
    <w:uiPriority w:val="71"/>
    <w:rsid w:val="00CB0664"/>
    <w:pPr>
      <w:spacing w:after="0" w:line="240" w:lineRule="auto"/>
    </w:pPr>
    <w:rPr>
      <w:color w:val="000000" w:themeColor="text1"/>
    </w:rPr>
    <w:tblPr>
      <w:tblStyleRowBandSize w:val="1"/>
      <w:tblStyleColBandSize w:val="1"/>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Listecouleur">
    <w:name w:val="Colorful List"/>
    <w:basedOn w:val="TableauNormal"/>
    <w:uiPriority w:val="72"/>
    <w:rsid w:val="00CB0664"/>
    <w:pPr>
      <w:spacing w:after="0" w:line="240" w:lineRule="auto"/>
    </w:pPr>
    <w:rPr>
      <w:color w:val="000000" w:themeColor="text1"/>
    </w:rPr>
    <w:tblPr>
      <w:tblStyleRowBandSize w:val="1"/>
      <w:tblStyleColBandSize w:val="1"/>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Listecouleur-Accent1">
    <w:name w:val="Colorful List Accent 1"/>
    <w:basedOn w:val="TableauNormal"/>
    <w:uiPriority w:val="72"/>
    <w:rsid w:val="00CB0664"/>
    <w:pPr>
      <w:spacing w:after="0" w:line="240" w:lineRule="auto"/>
    </w:pPr>
    <w:rPr>
      <w:color w:val="000000" w:themeColor="text1"/>
    </w:rPr>
    <w:tblPr>
      <w:tblStyleRowBandSize w:val="1"/>
      <w:tblStyleColBandSize w:val="1"/>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Listecouleur-Accent2">
    <w:name w:val="Colorful List Accent 2"/>
    <w:basedOn w:val="TableauNormal"/>
    <w:uiPriority w:val="72"/>
    <w:rsid w:val="00CB0664"/>
    <w:pPr>
      <w:spacing w:after="0" w:line="240" w:lineRule="auto"/>
    </w:pPr>
    <w:rPr>
      <w:color w:val="000000" w:themeColor="text1"/>
    </w:rPr>
    <w:tblPr>
      <w:tblStyleRowBandSize w:val="1"/>
      <w:tblStyleColBandSize w:val="1"/>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Listecouleur-Accent3">
    <w:name w:val="Colorful List Accent 3"/>
    <w:basedOn w:val="TableauNormal"/>
    <w:uiPriority w:val="72"/>
    <w:rsid w:val="00CB0664"/>
    <w:pPr>
      <w:spacing w:after="0" w:line="240" w:lineRule="auto"/>
    </w:pPr>
    <w:rPr>
      <w:color w:val="000000" w:themeColor="text1"/>
    </w:rPr>
    <w:tblPr>
      <w:tblStyleRowBandSize w:val="1"/>
      <w:tblStyleColBandSize w:val="1"/>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Listecouleur-Accent4">
    <w:name w:val="Colorful List Accent 4"/>
    <w:basedOn w:val="TableauNormal"/>
    <w:uiPriority w:val="72"/>
    <w:rsid w:val="00CB0664"/>
    <w:pPr>
      <w:spacing w:after="0" w:line="240" w:lineRule="auto"/>
    </w:pPr>
    <w:rPr>
      <w:color w:val="000000" w:themeColor="text1"/>
    </w:rPr>
    <w:tblPr>
      <w:tblStyleRowBandSize w:val="1"/>
      <w:tblStyleColBandSize w:val="1"/>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Listecouleur-Accent5">
    <w:name w:val="Colorful List Accent 5"/>
    <w:basedOn w:val="TableauNormal"/>
    <w:uiPriority w:val="72"/>
    <w:rsid w:val="00CB0664"/>
    <w:pPr>
      <w:spacing w:after="0" w:line="240" w:lineRule="auto"/>
    </w:pPr>
    <w:rPr>
      <w:color w:val="000000" w:themeColor="text1"/>
    </w:rPr>
    <w:tblPr>
      <w:tblStyleRowBandSize w:val="1"/>
      <w:tblStyleColBandSize w:val="1"/>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Listecouleur-Accent6">
    <w:name w:val="Colorful List Accent 6"/>
    <w:basedOn w:val="TableauNormal"/>
    <w:uiPriority w:val="72"/>
    <w:rsid w:val="00CB0664"/>
    <w:pPr>
      <w:spacing w:after="0" w:line="240" w:lineRule="auto"/>
    </w:pPr>
    <w:rPr>
      <w:color w:val="000000" w:themeColor="text1"/>
    </w:rPr>
    <w:tblPr>
      <w:tblStyleRowBandSize w:val="1"/>
      <w:tblStyleColBandSize w:val="1"/>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Grillecouleur">
    <w:name w:val="Colorful Grid"/>
    <w:basedOn w:val="Tableau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Grillecouleur-Accent1">
    <w:name w:val="Colorful Grid Accent 1"/>
    <w:basedOn w:val="Tableau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Grillecouleur-Accent2">
    <w:name w:val="Colorful Grid Accent 2"/>
    <w:basedOn w:val="Tableau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Grillecouleur-Accent3">
    <w:name w:val="Colorful Grid Accent 3"/>
    <w:basedOn w:val="Tableau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Grillecouleur-Accent4">
    <w:name w:val="Colorful Grid Accent 4"/>
    <w:basedOn w:val="Tableau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Grillecouleur-Accent5">
    <w:name w:val="Colorful Grid Accent 5"/>
    <w:basedOn w:val="Tableau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Grillecouleur-Accent6">
    <w:name w:val="Colorful Grid Accent 6"/>
    <w:basedOn w:val="Tableau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png"/><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D838EFA-C14B-4AA0-8A48-D319CF64A6B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82</TotalTime>
  <Pages>3</Pages>
  <Words>533</Words>
  <Characters>2935</Characters>
  <Application>Microsoft Office Word</Application>
  <DocSecurity>0</DocSecurity>
  <Lines>24</Lines>
  <Paragraphs>6</Paragraphs>
  <ScaleCrop>false</ScaleCrop>
  <HeadingPairs>
    <vt:vector size="4" baseType="variant">
      <vt:variant>
        <vt:lpstr>Titre</vt:lpstr>
      </vt:variant>
      <vt:variant>
        <vt:i4>1</vt:i4>
      </vt:variant>
      <vt:variant>
        <vt:lpstr>Title</vt:lpstr>
      </vt:variant>
      <vt:variant>
        <vt:i4>1</vt:i4>
      </vt:variant>
    </vt:vector>
  </HeadingPairs>
  <TitlesOfParts>
    <vt:vector size="2" baseType="lpstr">
      <vt:lpstr/>
      <vt:lpstr/>
    </vt:vector>
  </TitlesOfParts>
  <Manager/>
  <Company/>
  <LinksUpToDate>false</LinksUpToDate>
  <CharactersWithSpaces>3462</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Ouldji Wassila</cp:lastModifiedBy>
  <cp:revision>5</cp:revision>
  <dcterms:created xsi:type="dcterms:W3CDTF">2026-07-21T08:29:00Z</dcterms:created>
  <dcterms:modified xsi:type="dcterms:W3CDTF">2026-07-24T18:03:00Z</dcterms:modified>
  <cp:category/>
</cp:coreProperties>
</file>